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62A214DA" w14:textId="77777777">
        <w:trPr>
          <w:cantSplit/>
          <w:jc w:val="center"/>
        </w:trPr>
        <w:tc>
          <w:tcPr>
            <w:tcW w:w="5083" w:type="dxa"/>
            <w:tcBorders>
              <w:top w:val="nil"/>
              <w:left w:val="nil"/>
              <w:bottom w:val="nil"/>
              <w:right w:val="nil"/>
            </w:tcBorders>
            <w:tcMar>
              <w:top w:w="30" w:type="dxa"/>
              <w:left w:w="10" w:type="dxa"/>
              <w:bottom w:w="30" w:type="dxa"/>
              <w:right w:w="10" w:type="dxa"/>
            </w:tcMar>
            <w:vAlign w:val="center"/>
          </w:tcPr>
          <w:p w14:paraId="5EE510F8" w14:textId="77777777" w:rsidR="008A0BF7" w:rsidRDefault="00D00288">
            <w:pPr>
              <w:spacing w:after="0"/>
            </w:pPr>
            <w:r>
              <w:rPr>
                <w:rFonts w:ascii="Comfortaa" w:eastAsia="Comfortaa" w:hAnsi="Comfortaa"/>
                <w:b/>
                <w:caps/>
                <w:color w:val="3E2B8F"/>
                <w:sz w:val="48"/>
              </w:rPr>
              <w:t>MANUDEN</w:t>
            </w:r>
            <w:r>
              <w:rPr>
                <w:rFonts w:ascii="Inter" w:eastAsia="Inter" w:hAnsi="Inter"/>
                <w:b/>
                <w:caps/>
                <w:color w:val="F3C300"/>
                <w:sz w:val="26"/>
              </w:rPr>
              <w:t xml:space="preserve">  PRIMARY SCHOOL</w:t>
            </w:r>
          </w:p>
          <w:p w14:paraId="14C8D8F5" w14:textId="77777777" w:rsidR="008A0BF7" w:rsidRDefault="00D00288">
            <w:pPr>
              <w:spacing w:before="20" w:after="0"/>
            </w:pPr>
            <w:r>
              <w:rPr>
                <w:rFonts w:ascii="Inter" w:eastAsia="Inter" w:hAnsi="Inter"/>
                <w:color w:val="25324A"/>
                <w:sz w:val="19"/>
              </w:rPr>
              <w:t>A Small School with Big Ideas</w:t>
            </w:r>
          </w:p>
        </w:tc>
        <w:tc>
          <w:tcPr>
            <w:tcW w:w="5083" w:type="dxa"/>
            <w:tcBorders>
              <w:top w:val="nil"/>
              <w:left w:val="nil"/>
              <w:bottom w:val="nil"/>
              <w:right w:val="nil"/>
            </w:tcBorders>
            <w:tcMar>
              <w:top w:w="30" w:type="dxa"/>
              <w:left w:w="10" w:type="dxa"/>
              <w:bottom w:w="30" w:type="dxa"/>
              <w:right w:w="10" w:type="dxa"/>
            </w:tcMar>
            <w:vAlign w:val="center"/>
          </w:tcPr>
          <w:p w14:paraId="7837E0D4" w14:textId="77777777" w:rsidR="008A0BF7" w:rsidRDefault="00D00288">
            <w:pPr>
              <w:spacing w:after="0"/>
              <w:jc w:val="center"/>
            </w:pPr>
            <w:r>
              <w:rPr>
                <w:noProof/>
              </w:rPr>
              <w:drawing>
                <wp:inline distT="0" distB="0" distL="0" distR="0" wp14:anchorId="7323E4C1" wp14:editId="430BAFFC">
                  <wp:extent cx="1234440" cy="1337570"/>
                  <wp:effectExtent l="0" t="0" r="0" b="0"/>
                  <wp:docPr id="1" name="Picture 1" descr="Manuden Primary School logo" title="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234440" cy="1337570"/>
                          </a:xfrm>
                          <a:prstGeom prst="rect">
                            <a:avLst/>
                          </a:prstGeom>
                        </pic:spPr>
                      </pic:pic>
                    </a:graphicData>
                  </a:graphic>
                </wp:inline>
              </w:drawing>
            </w:r>
          </w:p>
          <w:p w14:paraId="12B91D34" w14:textId="77777777" w:rsidR="008A0BF7" w:rsidRDefault="00D00288">
            <w:pPr>
              <w:spacing w:after="0"/>
              <w:jc w:val="center"/>
            </w:pPr>
            <w:r>
              <w:rPr>
                <w:rFonts w:ascii="Arial" w:hAnsi="Arial"/>
                <w:b/>
                <w:color w:val="3E2B8F"/>
                <w:sz w:val="17"/>
              </w:rPr>
              <w:t>POLICY DOCUMENT</w:t>
            </w:r>
          </w:p>
        </w:tc>
      </w:tr>
    </w:tbl>
    <w:p w14:paraId="7F06DB8A" w14:textId="77777777" w:rsidR="008A0BF7" w:rsidRDefault="008A0BF7">
      <w:pPr>
        <w:pBdr>
          <w:bottom w:val="single" w:sz="24" w:space="3" w:color="F3C300"/>
        </w:pBdr>
        <w:spacing w:before="80" w:after="340"/>
      </w:pPr>
    </w:p>
    <w:p w14:paraId="45212FFF" w14:textId="77777777" w:rsidR="008A0BF7" w:rsidRDefault="00D00288">
      <w:pPr>
        <w:spacing w:after="80"/>
        <w:jc w:val="center"/>
      </w:pPr>
      <w:r>
        <w:rPr>
          <w:rFonts w:ascii="Comfortaa" w:eastAsia="Comfortaa" w:hAnsi="Comfortaa"/>
          <w:b/>
          <w:caps/>
          <w:color w:val="3E2B8F"/>
          <w:sz w:val="56"/>
        </w:rPr>
        <w:t>PARENT AND CARER CODE OF CONDUCT</w:t>
      </w:r>
    </w:p>
    <w:p w14:paraId="253B3503" w14:textId="77777777" w:rsidR="008A0BF7" w:rsidRDefault="00D00288">
      <w:pPr>
        <w:spacing w:after="340"/>
        <w:jc w:val="center"/>
      </w:pPr>
      <w:r>
        <w:rPr>
          <w:rFonts w:ascii="Inter" w:eastAsia="Inter" w:hAnsi="Inter"/>
          <w:color w:val="25324A"/>
          <w:sz w:val="21"/>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C2A1783" w14:textId="77777777">
        <w:trPr>
          <w:cantSplit/>
          <w:jc w:val="center"/>
        </w:trPr>
        <w:tc>
          <w:tcPr>
            <w:tcW w:w="3389" w:type="dxa"/>
            <w:tcBorders>
              <w:top w:val="nil"/>
              <w:left w:val="nil"/>
              <w:bottom w:val="nil"/>
              <w:right w:val="nil"/>
            </w:tcBorders>
            <w:shd w:val="clear" w:color="auto" w:fill="3E2B8F"/>
            <w:tcMar>
              <w:top w:w="0" w:type="dxa"/>
              <w:left w:w="0" w:type="dxa"/>
              <w:bottom w:w="0" w:type="dxa"/>
              <w:right w:w="0" w:type="dxa"/>
            </w:tcMar>
          </w:tcPr>
          <w:p w14:paraId="6B6D72BA" w14:textId="77777777" w:rsidR="008A0BF7" w:rsidRDefault="00D00288">
            <w:pPr>
              <w:spacing w:after="0"/>
            </w:pPr>
            <w:r>
              <w:rPr>
                <w:rFonts w:ascii="Inter" w:eastAsia="Inter" w:hAnsi="Inter"/>
                <w:sz w:val="4"/>
              </w:rPr>
              <w:t xml:space="preserve"> </w:t>
            </w:r>
          </w:p>
        </w:tc>
        <w:tc>
          <w:tcPr>
            <w:tcW w:w="3389" w:type="dxa"/>
            <w:tcBorders>
              <w:top w:val="nil"/>
              <w:left w:val="nil"/>
              <w:bottom w:val="nil"/>
              <w:right w:val="nil"/>
            </w:tcBorders>
            <w:shd w:val="clear" w:color="auto" w:fill="F3C300"/>
            <w:tcMar>
              <w:top w:w="0" w:type="dxa"/>
              <w:left w:w="0" w:type="dxa"/>
              <w:bottom w:w="0" w:type="dxa"/>
              <w:right w:w="0" w:type="dxa"/>
            </w:tcMar>
          </w:tcPr>
          <w:p w14:paraId="60D74414" w14:textId="77777777" w:rsidR="008A0BF7" w:rsidRDefault="00D00288">
            <w:pPr>
              <w:spacing w:after="0"/>
            </w:pPr>
            <w:r>
              <w:rPr>
                <w:rFonts w:ascii="Inter" w:eastAsia="Inter" w:hAnsi="Inter"/>
                <w:sz w:val="4"/>
              </w:rPr>
              <w:t xml:space="preserve"> </w:t>
            </w:r>
          </w:p>
        </w:tc>
        <w:tc>
          <w:tcPr>
            <w:tcW w:w="3389" w:type="dxa"/>
            <w:tcBorders>
              <w:top w:val="nil"/>
              <w:left w:val="nil"/>
              <w:bottom w:val="nil"/>
              <w:right w:val="nil"/>
            </w:tcBorders>
            <w:shd w:val="clear" w:color="auto" w:fill="3E2B8F"/>
            <w:tcMar>
              <w:top w:w="0" w:type="dxa"/>
              <w:left w:w="0" w:type="dxa"/>
              <w:bottom w:w="0" w:type="dxa"/>
              <w:right w:w="0" w:type="dxa"/>
            </w:tcMar>
          </w:tcPr>
          <w:p w14:paraId="3D5B8C81" w14:textId="77777777" w:rsidR="008A0BF7" w:rsidRDefault="00D00288">
            <w:pPr>
              <w:spacing w:after="0"/>
            </w:pPr>
            <w:r>
              <w:rPr>
                <w:rFonts w:ascii="Inter" w:eastAsia="Inter" w:hAnsi="Inter"/>
                <w:sz w:val="4"/>
              </w:rPr>
              <w:t xml:space="preserve"> </w:t>
            </w:r>
          </w:p>
        </w:tc>
      </w:tr>
    </w:tbl>
    <w:p w14:paraId="75D4F6F2" w14:textId="77777777" w:rsidR="008A0BF7" w:rsidRDefault="008A0BF7">
      <w:pPr>
        <w:spacing w:after="180"/>
      </w:pPr>
    </w:p>
    <w:p w14:paraId="06129396" w14:textId="77777777" w:rsidR="008A0BF7" w:rsidRDefault="00D00288">
      <w:pPr>
        <w:pBdr>
          <w:bottom w:val="single" w:sz="8" w:space="3" w:color="3E2B8F"/>
        </w:pBdr>
        <w:spacing w:after="140"/>
      </w:pPr>
      <w:r>
        <w:rPr>
          <w:rFonts w:ascii="Inter" w:eastAsia="Inter" w:hAnsi="Inter"/>
          <w:b/>
          <w:caps/>
          <w:color w:val="25324A"/>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11B483BD" w14:textId="77777777" w:rsidR="008A0BF7" w:rsidRDefault="00D00288">
            <w:pPr>
              <w:spacing w:after="0"/>
            </w:pPr>
            <w:r>
              <w:rPr>
                <w:b/>
                <w:color w:val="25324A"/>
                <w:sz w:val="19"/>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552E9D82" w14:textId="77777777" w:rsidR="008A0BF7" w:rsidRDefault="00D00288">
            <w:pPr>
              <w:spacing w:after="0"/>
            </w:pPr>
            <w:r>
              <w:rPr>
                <w:color w:val="5F6673"/>
                <w:sz w:val="19"/>
              </w:rPr>
              <w:t>Phil Molyneux (Headteacher)</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34EDD5CF" w14:textId="77777777" w:rsidR="008A0BF7" w:rsidRDefault="00D00288">
            <w:pPr>
              <w:spacing w:after="0"/>
            </w:pPr>
            <w:r>
              <w:rPr>
                <w:b/>
                <w:color w:val="25324A"/>
                <w:sz w:val="19"/>
              </w:rPr>
              <w:t>Approved by</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23303673" w14:textId="77777777" w:rsidR="008A0BF7" w:rsidRDefault="00D00288">
            <w:pPr>
              <w:spacing w:after="0"/>
            </w:pPr>
            <w:r>
              <w:rPr>
                <w:color w:val="5F6673"/>
                <w:sz w:val="19"/>
              </w:rPr>
              <w:t>Headteacher</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6C3F44B8" w14:textId="77777777" w:rsidR="008A0BF7" w:rsidRDefault="00D00288">
            <w:pPr>
              <w:spacing w:after="0"/>
            </w:pPr>
            <w:r>
              <w:rPr>
                <w:b/>
                <w:color w:val="25324A"/>
                <w:sz w:val="19"/>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523C31D7" w14:textId="77777777" w:rsidR="008A0BF7" w:rsidRDefault="00D00288">
            <w:r>
              <w:rPr>
                <w:color w:val="5F6673"/>
                <w:sz w:val="19"/>
              </w:rPr>
              <w:t>September 2026</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3DB9223D" w14:textId="77777777" w:rsidR="008A0BF7" w:rsidRDefault="00D00288">
            <w:pPr>
              <w:spacing w:after="0"/>
            </w:pPr>
            <w:r>
              <w:rPr>
                <w:b/>
                <w:color w:val="25324A"/>
                <w:sz w:val="19"/>
              </w:rPr>
              <w:t>Next review date</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02635575" w14:textId="77777777" w:rsidR="008A0BF7" w:rsidRDefault="00D00288">
            <w:r>
              <w:rPr>
                <w:color w:val="5F6673"/>
                <w:sz w:val="19"/>
              </w:rPr>
              <w:t>September 2027</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10729499" w14:textId="77777777" w:rsidR="008A0BF7" w:rsidRDefault="00D00288">
            <w:pPr>
              <w:spacing w:after="0"/>
            </w:pPr>
            <w:r>
              <w:rPr>
                <w:b/>
                <w:color w:val="25324A"/>
                <w:sz w:val="19"/>
              </w:rPr>
              <w:t>Review cycle</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16BB63B6" w14:textId="77777777" w:rsidR="008A0BF7" w:rsidRDefault="00D00288">
            <w:pPr>
              <w:spacing w:after="0"/>
            </w:pPr>
            <w:r>
              <w:rPr>
                <w:color w:val="5F6673"/>
                <w:sz w:val="19"/>
              </w:rPr>
              <w:t>Annual</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78D0869E" w14:textId="77777777" w:rsidR="008A0BF7" w:rsidRDefault="00D00288">
            <w:pPr>
              <w:spacing w:after="0"/>
            </w:pPr>
            <w:r>
              <w:rPr>
                <w:b/>
                <w:color w:val="25324A"/>
                <w:sz w:val="19"/>
              </w:rPr>
              <w:t>Version</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72C9493E" w14:textId="77777777" w:rsidR="008A0BF7" w:rsidRDefault="00D00288">
            <w:pPr>
              <w:spacing w:after="0"/>
            </w:pPr>
            <w:r>
              <w:rPr>
                <w:color w:val="5F6673"/>
                <w:sz w:val="19"/>
              </w:rP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6F169364" w14:textId="77777777" w:rsidR="008A0BF7" w:rsidRDefault="00D00288">
            <w:pPr>
              <w:spacing w:after="0"/>
            </w:pPr>
            <w:r>
              <w:rPr>
                <w:b/>
                <w:color w:val="25324A"/>
                <w:sz w:val="19"/>
              </w:rPr>
              <w:t>Policy status</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50214795" w14:textId="77777777" w:rsidR="008A0BF7" w:rsidRDefault="00D00288">
            <w:pPr>
              <w:spacing w:after="0"/>
            </w:pPr>
            <w:r>
              <w:rPr>
                <w:color w:val="5F6673"/>
                <w:sz w:val="19"/>
              </w:rPr>
              <w:t>School policy – supports safeguarding, health and safety and staff welfare duties</w:t>
            </w:r>
          </w:p>
        </w:tc>
      </w:tr>
    </w:tbl>
    <w:p w14:paraId="246C912E" w14:textId="77777777" w:rsidR="008A0BF7" w:rsidRDefault="008A0BF7">
      <w:pPr>
        <w:spacing w:after="120"/>
      </w:pPr>
    </w:p>
    <w:p w14:paraId="740A6567" w14:textId="77777777" w:rsidR="008A0BF7" w:rsidRDefault="00D00288">
      <w:pPr>
        <w:spacing w:after="80"/>
      </w:pPr>
      <w:r>
        <w:rPr>
          <w:rFonts w:ascii="Inter" w:eastAsia="Inter" w:hAnsi="Inter"/>
          <w:b/>
          <w:color w:val="25324A"/>
          <w:sz w:val="19"/>
        </w:rPr>
        <w:t xml:space="preserve">This policy applies to: </w:t>
      </w:r>
      <w:r>
        <w:rPr>
          <w:rFonts w:ascii="Inter" w:eastAsia="Inter" w:hAnsi="Inter"/>
          <w:color w:val="6B7280"/>
          <w:sz w:val="19"/>
        </w:rPr>
        <w:t>Parents, carers and other adults associated with pupils when interacting with the school community</w:t>
      </w:r>
    </w:p>
    <w:p w14:paraId="4DE11C80" w14:textId="77777777" w:rsidR="008A0BF7" w:rsidRDefault="00D00288">
      <w:pPr>
        <w:spacing w:after="0"/>
      </w:pPr>
      <w:r>
        <w:rPr>
          <w:rFonts w:ascii="Inter" w:eastAsia="Inter" w:hAnsi="Inter"/>
          <w:b/>
          <w:color w:val="25324A"/>
          <w:sz w:val="19"/>
        </w:rPr>
        <w:t xml:space="preserve">Related documents: </w:t>
      </w:r>
      <w:r>
        <w:rPr>
          <w:rFonts w:ascii="Inter" w:eastAsia="Inter" w:hAnsi="Inter"/>
          <w:color w:val="6B7280"/>
          <w:sz w:val="19"/>
        </w:rPr>
        <w:t>Complaints Policy; Child Protection and Safeguarding Policy; Behaviour Policy; Anti-Bullying Policy; Online Safety Policy; Staff Code of Conduct; Equality Policy; Health and Safety Policy</w:t>
      </w:r>
    </w:p>
    <w:p w14:paraId="500F2C8C" w14:textId="77777777" w:rsidR="008A0BF7" w:rsidRDefault="00D00288">
      <w:r>
        <w:br w:type="page"/>
      </w:r>
    </w:p>
    <w:p w14:paraId="712CCCB9" w14:textId="77777777" w:rsidR="008A0BF7" w:rsidRDefault="00D00288">
      <w:pPr>
        <w:pStyle w:val="Heading1"/>
        <w:pBdr>
          <w:bottom w:val="single" w:sz="4" w:space="3" w:color="3E2B8F"/>
        </w:pBdr>
      </w:pPr>
      <w:r>
        <w:lastRenderedPageBreak/>
        <w:t>Purpose</w:t>
      </w:r>
    </w:p>
    <w:p w14:paraId="5EB6DB8D" w14:textId="77777777" w:rsidR="008A0BF7" w:rsidRDefault="00D00288">
      <w:r>
        <w:t>Manuden Primary School is committed to positive, respectful relationships with parents and carers.</w:t>
      </w:r>
    </w:p>
    <w:p w14:paraId="2811A44A" w14:textId="77777777" w:rsidR="008A0BF7" w:rsidRDefault="00D00288">
      <w:r>
        <w:t xml:space="preserve">We recognise that effective partnership between home and school is </w:t>
      </w:r>
      <w:r>
        <w:t>fundamental to children's safety, wellbeing, learning and development.</w:t>
      </w:r>
    </w:p>
    <w:p w14:paraId="47D86C38" w14:textId="77777777" w:rsidR="008A0BF7" w:rsidRDefault="00D00288">
      <w:r>
        <w:t>This Code of Conduct sets out the standards of behaviour we expect from parents, carers and other adults connected with pupils when:</w:t>
      </w:r>
    </w:p>
    <w:p w14:paraId="54BC892B" w14:textId="77777777" w:rsidR="008A0BF7" w:rsidRDefault="00D00288">
      <w:pPr>
        <w:pStyle w:val="ListBullet"/>
      </w:pPr>
      <w:r>
        <w:t>communicating with the school;</w:t>
      </w:r>
    </w:p>
    <w:p w14:paraId="5FE714E1" w14:textId="77777777" w:rsidR="008A0BF7" w:rsidRDefault="00D00288">
      <w:pPr>
        <w:pStyle w:val="ListBullet"/>
      </w:pPr>
      <w:r>
        <w:t>visiting the school premises;</w:t>
      </w:r>
    </w:p>
    <w:p w14:paraId="3F18E8E9" w14:textId="77777777" w:rsidR="008A0BF7" w:rsidRDefault="00D00288">
      <w:pPr>
        <w:pStyle w:val="ListBullet"/>
      </w:pPr>
      <w:r>
        <w:t>attending school events;</w:t>
      </w:r>
    </w:p>
    <w:p w14:paraId="39ABFF12" w14:textId="77777777" w:rsidR="008A0BF7" w:rsidRDefault="00D00288">
      <w:pPr>
        <w:pStyle w:val="ListBullet"/>
      </w:pPr>
      <w:r>
        <w:t>interacting with pupils, staff or other families;</w:t>
      </w:r>
    </w:p>
    <w:p w14:paraId="166539DF" w14:textId="77777777" w:rsidR="008A0BF7" w:rsidRDefault="00D00288">
      <w:pPr>
        <w:pStyle w:val="ListBullet"/>
      </w:pPr>
      <w:r>
        <w:t>communicating online or through social media where this relates to the school community.</w:t>
      </w:r>
    </w:p>
    <w:p w14:paraId="4469DBCE" w14:textId="77777777" w:rsidR="008A0BF7" w:rsidRDefault="00D00288">
      <w:r>
        <w:t>We welcome questions, concerns, constructive challenge and different points of view. We ask that these are expressed respectfully and through appropriate channels.</w:t>
      </w:r>
    </w:p>
    <w:p w14:paraId="2C2245BA" w14:textId="77777777" w:rsidR="008A0BF7" w:rsidRDefault="00D00288">
      <w:r>
        <w:t>The purpose of this Code is therefore to regulate conduct, not to prevent parents and carers from disagreeing with the school or raising legitimate concerns.</w:t>
      </w:r>
    </w:p>
    <w:p w14:paraId="39D9CCE2" w14:textId="77777777" w:rsidR="008A0BF7" w:rsidRDefault="00D00288">
      <w:pPr>
        <w:pStyle w:val="Heading1"/>
        <w:pBdr>
          <w:bottom w:val="single" w:sz="4" w:space="3" w:color="3E2B8F"/>
        </w:pBdr>
      </w:pPr>
      <w:r>
        <w:t>Legal Framework and Guidance</w:t>
      </w:r>
    </w:p>
    <w:p w14:paraId="7395CB8C" w14:textId="77777777" w:rsidR="008A0BF7" w:rsidRDefault="00D00288">
      <w:r>
        <w:t>This Code has regard to current legislation and Department for Education guidance, including:</w:t>
      </w:r>
    </w:p>
    <w:p w14:paraId="54AEA4B5" w14:textId="77777777" w:rsidR="008A0BF7" w:rsidRDefault="00D00288">
      <w:pPr>
        <w:pStyle w:val="ListBullet"/>
      </w:pPr>
      <w:r>
        <w:t>DfE Preventing and Tackling the Bullying and Harassment of School Staff (July 2026);</w:t>
      </w:r>
    </w:p>
    <w:p w14:paraId="4AF18E7E" w14:textId="77777777" w:rsidR="008A0BF7" w:rsidRDefault="00D00288">
      <w:pPr>
        <w:pStyle w:val="ListBullet"/>
      </w:pPr>
      <w:r>
        <w:t>DfE Controlling Access to School Premises guidance;</w:t>
      </w:r>
    </w:p>
    <w:p w14:paraId="2FF45057" w14:textId="77777777" w:rsidR="008A0BF7" w:rsidRDefault="00D00288">
      <w:pPr>
        <w:pStyle w:val="ListBullet"/>
      </w:pPr>
      <w:r>
        <w:t>DfE Best Practice Guidance for School Complaints Procedures;</w:t>
      </w:r>
    </w:p>
    <w:p w14:paraId="4ABAE7E8" w14:textId="77777777" w:rsidR="008A0BF7" w:rsidRDefault="00D00288">
      <w:pPr>
        <w:pStyle w:val="ListBullet"/>
      </w:pPr>
      <w:r>
        <w:t>Equality Act 2010;</w:t>
      </w:r>
    </w:p>
    <w:p w14:paraId="7F5F8200" w14:textId="77777777" w:rsidR="008A0BF7" w:rsidRDefault="00D00288">
      <w:pPr>
        <w:pStyle w:val="ListBullet"/>
      </w:pPr>
      <w:r>
        <w:t>Health and Safety at Work etc. Act 1974;</w:t>
      </w:r>
    </w:p>
    <w:p w14:paraId="0E0B2839" w14:textId="77777777" w:rsidR="008A0BF7" w:rsidRDefault="00D00288">
      <w:pPr>
        <w:pStyle w:val="ListBullet"/>
      </w:pPr>
      <w:r>
        <w:t>Protection from Harassment Act 1997.</w:t>
      </w:r>
    </w:p>
    <w:p w14:paraId="5D12CDAD" w14:textId="77777777" w:rsidR="008A0BF7" w:rsidRDefault="00D00288">
      <w:pPr>
        <w:pStyle w:val="Heading1"/>
        <w:pBdr>
          <w:bottom w:val="single" w:sz="4" w:space="3" w:color="3E2B8F"/>
        </w:pBdr>
      </w:pPr>
      <w:r>
        <w:t>Our Expectations of Parents and Carers</w:t>
      </w:r>
    </w:p>
    <w:p w14:paraId="35693DD0" w14:textId="77777777" w:rsidR="008A0BF7" w:rsidRDefault="00D00288">
      <w:r>
        <w:t>We ask parents and carers to:</w:t>
      </w:r>
    </w:p>
    <w:p w14:paraId="217537D8" w14:textId="77777777" w:rsidR="008A0BF7" w:rsidRDefault="00D00288">
      <w:pPr>
        <w:pStyle w:val="ListBullet"/>
      </w:pPr>
      <w:r>
        <w:t xml:space="preserve">communicate respectfully with </w:t>
      </w:r>
      <w:r>
        <w:t>pupils, staff, governors and other families;</w:t>
      </w:r>
    </w:p>
    <w:p w14:paraId="28EC26CC" w14:textId="77777777" w:rsidR="008A0BF7" w:rsidRDefault="00D00288">
      <w:pPr>
        <w:pStyle w:val="ListBullet"/>
      </w:pPr>
      <w:r>
        <w:t>support the school in maintaining a safe, calm and respectful environment;</w:t>
      </w:r>
    </w:p>
    <w:p w14:paraId="069924F9" w14:textId="77777777" w:rsidR="008A0BF7" w:rsidRDefault="00D00288">
      <w:pPr>
        <w:pStyle w:val="ListBullet"/>
      </w:pPr>
      <w:r>
        <w:t>raise concerns directly with the member of staff best placed to help;</w:t>
      </w:r>
    </w:p>
    <w:p w14:paraId="3C2C1529" w14:textId="77777777" w:rsidR="008A0BF7" w:rsidRDefault="00D00288">
      <w:pPr>
        <w:pStyle w:val="ListBullet"/>
      </w:pPr>
      <w:r>
        <w:t>follow the school's procedures for complaints where a concern cannot be resolved informally;</w:t>
      </w:r>
    </w:p>
    <w:p w14:paraId="0234A249" w14:textId="77777777" w:rsidR="008A0BF7" w:rsidRDefault="00D00288">
      <w:pPr>
        <w:pStyle w:val="ListBullet"/>
      </w:pPr>
      <w:r>
        <w:t>follow reasonable school-site, safeguarding and health and safety arrangements;</w:t>
      </w:r>
    </w:p>
    <w:p w14:paraId="38427C93" w14:textId="77777777" w:rsidR="008A0BF7" w:rsidRDefault="00D00288">
      <w:pPr>
        <w:pStyle w:val="ListBullet"/>
      </w:pPr>
      <w:r>
        <w:t>respect the confidentiality and privacy of pupils, families and staff;</w:t>
      </w:r>
    </w:p>
    <w:p w14:paraId="69B1D3C4" w14:textId="77777777" w:rsidR="008A0BF7" w:rsidRDefault="00D00288">
      <w:pPr>
        <w:pStyle w:val="ListBullet"/>
      </w:pPr>
      <w:r>
        <w:t>support their child in following the school's Behaviour Policy and other reasonable school expectations;</w:t>
      </w:r>
    </w:p>
    <w:p w14:paraId="6615F82B" w14:textId="77777777" w:rsidR="008A0BF7" w:rsidRDefault="00D00288">
      <w:pPr>
        <w:pStyle w:val="ListBullet"/>
      </w:pPr>
      <w:r>
        <w:t>work constructively with school staff where difficulties arise;</w:t>
      </w:r>
    </w:p>
    <w:p w14:paraId="73DE6E06" w14:textId="77777777" w:rsidR="008A0BF7" w:rsidRDefault="00D00288">
      <w:pPr>
        <w:pStyle w:val="ListBullet"/>
      </w:pPr>
      <w:r>
        <w:t>make appointments where a matter requires a longer or sensitive discussion rather than expecting this to take place at the classroom door;</w:t>
      </w:r>
    </w:p>
    <w:p w14:paraId="372FC54E" w14:textId="77777777" w:rsidR="008A0BF7" w:rsidRDefault="00D00288">
      <w:pPr>
        <w:pStyle w:val="ListBullet"/>
      </w:pPr>
      <w:r>
        <w:t xml:space="preserve">allow staff a </w:t>
      </w:r>
      <w:r>
        <w:t>reasonable opportunity to investigate and respond to concerns.</w:t>
      </w:r>
    </w:p>
    <w:p w14:paraId="3EB1152E" w14:textId="77777777" w:rsidR="008A0BF7" w:rsidRDefault="00D00288">
      <w:r>
        <w:t>We recognise that conversations may sometimes involve difficult or emotive issues. This does not prevent a parent or carer from expressing concern firmly or disagreeing with a decision, provided communication remains respectful.</w:t>
      </w:r>
    </w:p>
    <w:p w14:paraId="2A86695E" w14:textId="77777777" w:rsidR="008A0BF7" w:rsidRDefault="00D00288">
      <w:pPr>
        <w:pStyle w:val="Heading1"/>
        <w:pBdr>
          <w:bottom w:val="single" w:sz="4" w:space="3" w:color="3E2B8F"/>
        </w:pBdr>
      </w:pPr>
      <w:r>
        <w:lastRenderedPageBreak/>
        <w:t>Behaviour That Is Not Acceptable</w:t>
      </w:r>
    </w:p>
    <w:p w14:paraId="018504F5" w14:textId="77777777" w:rsidR="008A0BF7" w:rsidRDefault="00D00288">
      <w:r>
        <w:t>The following behaviour is not acceptable on school premises, at school events, in communication with the school, or where it directly affects members of the school community:</w:t>
      </w:r>
    </w:p>
    <w:p w14:paraId="671BDB41" w14:textId="77777777" w:rsidR="008A0BF7" w:rsidRDefault="00D00288">
      <w:pPr>
        <w:pStyle w:val="ListBullet"/>
      </w:pPr>
      <w:r>
        <w:t>aggressive, abusive, threatening or intimidating behaviour;</w:t>
      </w:r>
    </w:p>
    <w:p w14:paraId="32B74BEB" w14:textId="77777777" w:rsidR="008A0BF7" w:rsidRDefault="00D00288">
      <w:pPr>
        <w:pStyle w:val="ListBullet"/>
      </w:pPr>
      <w:r>
        <w:t>physical aggression towards a pupil, member of staff, parent, governor or visitor;</w:t>
      </w:r>
    </w:p>
    <w:p w14:paraId="3CE84C9D" w14:textId="77777777" w:rsidR="008A0BF7" w:rsidRDefault="00D00288">
      <w:pPr>
        <w:pStyle w:val="ListBullet"/>
      </w:pPr>
      <w:r>
        <w:t>shouting at, swearing at or deliberately verbally abusing another person;</w:t>
      </w:r>
    </w:p>
    <w:p w14:paraId="36CFFF7F" w14:textId="77777777" w:rsidR="008A0BF7" w:rsidRDefault="00D00288">
      <w:pPr>
        <w:pStyle w:val="ListBullet"/>
      </w:pPr>
      <w:r>
        <w:t>discriminatory language, harassment or abuse relating to a protected characteristic;</w:t>
      </w:r>
    </w:p>
    <w:p w14:paraId="64898A85" w14:textId="77777777" w:rsidR="008A0BF7" w:rsidRDefault="00D00288">
      <w:pPr>
        <w:pStyle w:val="ListBullet"/>
      </w:pPr>
      <w:r>
        <w:t>threatening violence or damage;</w:t>
      </w:r>
    </w:p>
    <w:p w14:paraId="0B93F2ED" w14:textId="77777777" w:rsidR="008A0BF7" w:rsidRDefault="00D00288">
      <w:pPr>
        <w:pStyle w:val="ListBullet"/>
      </w:pPr>
      <w:r>
        <w:t>damaging or attempting to damage school property;</w:t>
      </w:r>
    </w:p>
    <w:p w14:paraId="45DB2312" w14:textId="77777777" w:rsidR="008A0BF7" w:rsidRDefault="00D00288">
      <w:pPr>
        <w:pStyle w:val="ListBullet"/>
      </w:pPr>
      <w:r>
        <w:t>sending abusive, threatening or persistently intimidating emails, messages, letters, telephone calls or social-media communications;</w:t>
      </w:r>
    </w:p>
    <w:p w14:paraId="02DD537E" w14:textId="77777777" w:rsidR="008A0BF7" w:rsidRDefault="00D00288">
      <w:pPr>
        <w:pStyle w:val="ListBullet"/>
      </w:pPr>
      <w:r>
        <w:t>deliberately targeting or harassing an individual member of staff, pupil or family;</w:t>
      </w:r>
    </w:p>
    <w:p w14:paraId="7FD8B61A" w14:textId="77777777" w:rsidR="008A0BF7" w:rsidRDefault="00D00288">
      <w:pPr>
        <w:pStyle w:val="ListBullet"/>
      </w:pPr>
      <w:r>
        <w:t>publishing confidential or sensitive information about pupils, families or staff;</w:t>
      </w:r>
    </w:p>
    <w:p w14:paraId="37CEFF88" w14:textId="77777777" w:rsidR="008A0BF7" w:rsidRDefault="00D00288">
      <w:pPr>
        <w:pStyle w:val="ListBullet"/>
      </w:pPr>
      <w:r>
        <w:t>photographing, filming or recording pupils contrary to school instructions;</w:t>
      </w:r>
    </w:p>
    <w:p w14:paraId="1B2DC72C" w14:textId="77777777" w:rsidR="008A0BF7" w:rsidRDefault="00D00288">
      <w:pPr>
        <w:pStyle w:val="ListBullet"/>
      </w:pPr>
      <w:r>
        <w:t>attempting to disrupt the normal operation of the school;</w:t>
      </w:r>
    </w:p>
    <w:p w14:paraId="463E9064" w14:textId="77777777" w:rsidR="008A0BF7" w:rsidRDefault="00D00288">
      <w:pPr>
        <w:pStyle w:val="ListBullet"/>
      </w:pPr>
      <w:r>
        <w:t>refusing to follow reasonable safety or safeguarding instructions while on school premises;</w:t>
      </w:r>
    </w:p>
    <w:p w14:paraId="69362903" w14:textId="77777777" w:rsidR="008A0BF7" w:rsidRDefault="00D00288">
      <w:pPr>
        <w:pStyle w:val="ListBullet"/>
      </w:pPr>
      <w:r>
        <w:t>smoking or vaping on school premises;</w:t>
      </w:r>
    </w:p>
    <w:p w14:paraId="5DD04C61" w14:textId="77777777" w:rsidR="008A0BF7" w:rsidRDefault="00D00288">
      <w:pPr>
        <w:pStyle w:val="ListBullet"/>
      </w:pPr>
      <w:r>
        <w:t>possessing or using illegal drugs on school premises;</w:t>
      </w:r>
    </w:p>
    <w:p w14:paraId="1B0EFB7C" w14:textId="77777777" w:rsidR="008A0BF7" w:rsidRDefault="00D00288">
      <w:pPr>
        <w:pStyle w:val="ListBullet"/>
      </w:pPr>
      <w:r>
        <w:t>consuming alcohol on school premises other than at an event where the school has specifically authorised this.</w:t>
      </w:r>
    </w:p>
    <w:p w14:paraId="28D27A26" w14:textId="77777777" w:rsidR="008A0BF7" w:rsidRDefault="00D00288">
      <w:r>
        <w:t>The school will distinguish between strongly expressed disagreement and behaviour that is abusive, threatening or harassing.</w:t>
      </w:r>
    </w:p>
    <w:p w14:paraId="2DA4BCD4" w14:textId="77777777" w:rsidR="008A0BF7" w:rsidRDefault="00D00288">
      <w:pPr>
        <w:pStyle w:val="Heading1"/>
        <w:pBdr>
          <w:bottom w:val="single" w:sz="4" w:space="3" w:color="3E2B8F"/>
        </w:pBdr>
      </w:pPr>
      <w:r>
        <w:t>Concerns Involving Another Child</w:t>
      </w:r>
    </w:p>
    <w:p w14:paraId="23ECCD43" w14:textId="77777777" w:rsidR="008A0BF7" w:rsidRDefault="00D00288">
      <w:r>
        <w:t>Parents and carers must not approach, question, reprimand or attempt to resolve a behavioural issue directly with another person's child.</w:t>
      </w:r>
    </w:p>
    <w:p w14:paraId="4E8B3850" w14:textId="77777777" w:rsidR="008A0BF7" w:rsidRDefault="00D00288">
      <w:r>
        <w:t>Where a parent has concerns about the behaviour of another pupil, these should be reported to a member of school staff.</w:t>
      </w:r>
    </w:p>
    <w:p w14:paraId="4DFC3F03" w14:textId="77777777" w:rsidR="008A0BF7" w:rsidRDefault="00D00288">
      <w:r>
        <w:t>Similarly, parents should not confront another parent or carer on the school site in order to resolve an incident involving their children.</w:t>
      </w:r>
    </w:p>
    <w:p w14:paraId="610A29C8" w14:textId="77777777" w:rsidR="008A0BF7" w:rsidRDefault="00D00288">
      <w:r>
        <w:t>School staff will investigate and manage concerns involving pupils appropriately.</w:t>
      </w:r>
    </w:p>
    <w:p w14:paraId="5DF1D9BC" w14:textId="77777777" w:rsidR="008A0BF7" w:rsidRDefault="00D00288">
      <w:r>
        <w:t>Where immediate action is required to protect a child from danger, adults should of course act reasonably to keep children safe and seek assistance from staff.</w:t>
      </w:r>
    </w:p>
    <w:p w14:paraId="223AF9B5" w14:textId="77777777" w:rsidR="008A0BF7" w:rsidRDefault="00D00288">
      <w:pPr>
        <w:pStyle w:val="Heading1"/>
        <w:pBdr>
          <w:bottom w:val="single" w:sz="4" w:space="3" w:color="3E2B8F"/>
        </w:pBdr>
      </w:pPr>
      <w:r>
        <w:t>Confidentiality and Other Pupils</w:t>
      </w:r>
    </w:p>
    <w:p w14:paraId="4B8A6A9F" w14:textId="77777777" w:rsidR="008A0BF7" w:rsidRDefault="00D00288">
      <w:r>
        <w:t xml:space="preserve">Parents and carers should be aware that the school has duties of confidentiality towards all pupils and </w:t>
      </w:r>
      <w:r>
        <w:t>families.</w:t>
      </w:r>
    </w:p>
    <w:p w14:paraId="182935BF" w14:textId="77777777" w:rsidR="008A0BF7" w:rsidRDefault="00D00288">
      <w:r>
        <w:t>Where an incident involves more than one pupil, the school will not normally be able to tell one family:</w:t>
      </w:r>
    </w:p>
    <w:p w14:paraId="7FFFAE02" w14:textId="77777777" w:rsidR="008A0BF7" w:rsidRDefault="00D00288">
      <w:pPr>
        <w:pStyle w:val="ListBullet"/>
      </w:pPr>
      <w:r>
        <w:t>what consequence another pupil has received;</w:t>
      </w:r>
    </w:p>
    <w:p w14:paraId="0EC389D3" w14:textId="77777777" w:rsidR="008A0BF7" w:rsidRDefault="00D00288">
      <w:pPr>
        <w:pStyle w:val="ListBullet"/>
      </w:pPr>
      <w:r>
        <w:t>whether another pupil has SEND or additional needs;</w:t>
      </w:r>
    </w:p>
    <w:p w14:paraId="7E8B2A4E" w14:textId="77777777" w:rsidR="008A0BF7" w:rsidRDefault="00D00288">
      <w:pPr>
        <w:pStyle w:val="ListBullet"/>
      </w:pPr>
      <w:r>
        <w:t>details of another pupil's safeguarding circumstances;</w:t>
      </w:r>
    </w:p>
    <w:p w14:paraId="3BE2FD8E" w14:textId="77777777" w:rsidR="008A0BF7" w:rsidRDefault="00D00288">
      <w:pPr>
        <w:pStyle w:val="ListBullet"/>
      </w:pPr>
      <w:r>
        <w:t>information about another pupil's family;</w:t>
      </w:r>
    </w:p>
    <w:p w14:paraId="0E25F6F2" w14:textId="77777777" w:rsidR="008A0BF7" w:rsidRDefault="00D00288">
      <w:pPr>
        <w:pStyle w:val="ListBullet"/>
      </w:pPr>
      <w:r>
        <w:t>confidential pastoral or medical information.</w:t>
      </w:r>
    </w:p>
    <w:p w14:paraId="617F6AE4" w14:textId="77777777" w:rsidR="008A0BF7" w:rsidRDefault="00D00288">
      <w:r>
        <w:lastRenderedPageBreak/>
        <w:t>Parents can expect the school to:</w:t>
      </w:r>
    </w:p>
    <w:p w14:paraId="7034A9E1" w14:textId="77777777" w:rsidR="008A0BF7" w:rsidRDefault="00D00288">
      <w:pPr>
        <w:pStyle w:val="ListBullet"/>
      </w:pPr>
      <w:r>
        <w:t>listen to their concerns;</w:t>
      </w:r>
    </w:p>
    <w:p w14:paraId="2F662303" w14:textId="77777777" w:rsidR="008A0BF7" w:rsidRDefault="00D00288">
      <w:pPr>
        <w:pStyle w:val="ListBullet"/>
      </w:pPr>
      <w:r>
        <w:t>investigate appropriately;</w:t>
      </w:r>
    </w:p>
    <w:p w14:paraId="7C59F0BE" w14:textId="77777777" w:rsidR="008A0BF7" w:rsidRDefault="00D00288">
      <w:pPr>
        <w:pStyle w:val="ListBullet"/>
      </w:pPr>
      <w:r>
        <w:t>take necessary action;</w:t>
      </w:r>
    </w:p>
    <w:p w14:paraId="2175B43E" w14:textId="77777777" w:rsidR="008A0BF7" w:rsidRDefault="00D00288">
      <w:pPr>
        <w:pStyle w:val="ListBullet"/>
      </w:pPr>
      <w:r>
        <w:t xml:space="preserve">explain what the school is doing to </w:t>
      </w:r>
      <w:r>
        <w:t>support their own child.</w:t>
      </w:r>
    </w:p>
    <w:p w14:paraId="3B9074E2" w14:textId="77777777" w:rsidR="008A0BF7" w:rsidRDefault="00D00288">
      <w:r>
        <w:t>They should not expect confidential information about another child.</w:t>
      </w:r>
    </w:p>
    <w:p w14:paraId="2FE0CB15" w14:textId="77777777" w:rsidR="008A0BF7" w:rsidRDefault="00D00288">
      <w:pPr>
        <w:pStyle w:val="Heading1"/>
        <w:pBdr>
          <w:bottom w:val="single" w:sz="4" w:space="3" w:color="3E2B8F"/>
        </w:pBdr>
      </w:pPr>
      <w:r>
        <w:t>Communicating With School</w:t>
      </w:r>
    </w:p>
    <w:p w14:paraId="5DDBBB52" w14:textId="77777777" w:rsidR="008A0BF7" w:rsidRDefault="00D00288">
      <w:r>
        <w:t>We want parents and carers to be able to raise concerns easily and appropriately.</w:t>
      </w:r>
    </w:p>
    <w:p w14:paraId="51AE18B2" w14:textId="77777777" w:rsidR="008A0BF7" w:rsidRDefault="00D00288">
      <w:r>
        <w:t>For routine matters, the class teacher will normally be the first point of contact.</w:t>
      </w:r>
    </w:p>
    <w:p w14:paraId="1EF651B0" w14:textId="77777777" w:rsidR="008A0BF7" w:rsidRDefault="00D00288">
      <w:r>
        <w:t>Where a matter is more significant, unresolved or requires senior involvement, it may be raised with the Headteacher or another appropriate member of staff.</w:t>
      </w:r>
    </w:p>
    <w:p w14:paraId="6AA88B6D" w14:textId="77777777" w:rsidR="008A0BF7" w:rsidRDefault="00D00288">
      <w:r>
        <w:t>Parents and carers should:</w:t>
      </w:r>
    </w:p>
    <w:p w14:paraId="5EF9C12B" w14:textId="77777777" w:rsidR="008A0BF7" w:rsidRDefault="00D00288">
      <w:pPr>
        <w:pStyle w:val="ListBullet"/>
      </w:pPr>
      <w:r>
        <w:t>use the school's official communication channels;</w:t>
      </w:r>
    </w:p>
    <w:p w14:paraId="2E747007" w14:textId="77777777" w:rsidR="008A0BF7" w:rsidRDefault="00D00288">
      <w:pPr>
        <w:pStyle w:val="ListBullet"/>
      </w:pPr>
      <w:r>
        <w:t>communicate respectfully;</w:t>
      </w:r>
    </w:p>
    <w:p w14:paraId="43FA9B7A" w14:textId="77777777" w:rsidR="008A0BF7" w:rsidRDefault="00D00288">
      <w:pPr>
        <w:pStyle w:val="ListBullet"/>
      </w:pPr>
      <w:r>
        <w:t>provide sufficient information for the school to understand the concern;</w:t>
      </w:r>
    </w:p>
    <w:p w14:paraId="002B767C" w14:textId="77777777" w:rsidR="008A0BF7" w:rsidRDefault="00D00288">
      <w:pPr>
        <w:pStyle w:val="ListBullet"/>
      </w:pPr>
      <w:r>
        <w:t>allow staff reasonable time to investigate;</w:t>
      </w:r>
    </w:p>
    <w:p w14:paraId="1E6D1A63" w14:textId="77777777" w:rsidR="008A0BF7" w:rsidRDefault="00D00288">
      <w:pPr>
        <w:pStyle w:val="ListBullet"/>
      </w:pPr>
      <w:r>
        <w:t>avoid repeatedly contacting several members of staff about the same matter at the same time.</w:t>
      </w:r>
    </w:p>
    <w:p w14:paraId="5A9A094D" w14:textId="77777777" w:rsidR="008A0BF7" w:rsidRDefault="00D00288">
      <w:r>
        <w:t>Staff are not expected to engage in lengthy discussions at the classroom door where they are responsible for supervising pupils or preparing for teaching.</w:t>
      </w:r>
    </w:p>
    <w:p w14:paraId="6263C62F" w14:textId="77777777" w:rsidR="008A0BF7" w:rsidRDefault="00D00288">
      <w:r>
        <w:t>Where a matter requires discussion, an appropriate meeting or telephone conversation should be arranged.</w:t>
      </w:r>
    </w:p>
    <w:p w14:paraId="28B6D28A" w14:textId="77777777" w:rsidR="008A0BF7" w:rsidRDefault="00D00288">
      <w:pPr>
        <w:pStyle w:val="Heading2"/>
      </w:pPr>
      <w:r>
        <w:t>Recording meetings and conversations</w:t>
      </w:r>
    </w:p>
    <w:p w14:paraId="08B7CD54" w14:textId="77777777" w:rsidR="008A0BF7" w:rsidRDefault="00D00288">
      <w:r>
        <w:t>Meetings and telephone conversations must not be recorded unless all parties agree in advance. Where a recording is agreed, it must not be used in a way that causes harm, distress or intimidation.</w:t>
      </w:r>
    </w:p>
    <w:p w14:paraId="0E4CD727" w14:textId="77777777" w:rsidR="008A0BF7" w:rsidRDefault="00D00288">
      <w:r>
        <w:t xml:space="preserve">Where recording is </w:t>
      </w:r>
      <w:r>
        <w:t>requested because of a disability, communication difficulty or another reasonable need, this should be discussed with the school in advance so that an appropriate reasonable adjustment can be agreed.</w:t>
      </w:r>
    </w:p>
    <w:p w14:paraId="34E69928" w14:textId="77777777" w:rsidR="008A0BF7" w:rsidRDefault="00D00288">
      <w:pPr>
        <w:pStyle w:val="Heading1"/>
        <w:pBdr>
          <w:bottom w:val="single" w:sz="4" w:space="3" w:color="3E2B8F"/>
        </w:pBdr>
      </w:pPr>
      <w:r>
        <w:t>Social Media and Online Communication</w:t>
      </w:r>
    </w:p>
    <w:p w14:paraId="0D8E70E5" w14:textId="77777777" w:rsidR="008A0BF7" w:rsidRDefault="00D00288">
      <w:r>
        <w:t>Social media and messaging services can be useful ways for families to communicate.</w:t>
      </w:r>
    </w:p>
    <w:p w14:paraId="2C8DC11B" w14:textId="77777777" w:rsidR="008A0BF7" w:rsidRDefault="00D00288">
      <w:r>
        <w:t>Parents and carers are entitled to express opinions about the school and to disagree with school decisions or policies.</w:t>
      </w:r>
    </w:p>
    <w:p w14:paraId="55360053" w14:textId="77777777" w:rsidR="008A0BF7" w:rsidRDefault="00D00288">
      <w:r>
        <w:t>However, online communication should not be used to:</w:t>
      </w:r>
    </w:p>
    <w:p w14:paraId="13B74FFD" w14:textId="77777777" w:rsidR="008A0BF7" w:rsidRDefault="00D00288">
      <w:pPr>
        <w:pStyle w:val="ListBullet"/>
      </w:pPr>
      <w:r>
        <w:t>threaten, abuse, intimidate or harass pupils, staff, governors or other families;</w:t>
      </w:r>
    </w:p>
    <w:p w14:paraId="7A845C99" w14:textId="77777777" w:rsidR="008A0BF7" w:rsidRDefault="00D00288">
      <w:pPr>
        <w:pStyle w:val="ListBullet"/>
      </w:pPr>
      <w:r>
        <w:t>make discriminatory or hateful comments;</w:t>
      </w:r>
    </w:p>
    <w:p w14:paraId="42E1428F" w14:textId="77777777" w:rsidR="008A0BF7" w:rsidRDefault="00D00288">
      <w:pPr>
        <w:pStyle w:val="ListBullet"/>
      </w:pPr>
      <w:r>
        <w:t>publish confidential information about individual pupils or families;</w:t>
      </w:r>
    </w:p>
    <w:p w14:paraId="56C32DDB" w14:textId="77777777" w:rsidR="008A0BF7" w:rsidRDefault="00D00288">
      <w:pPr>
        <w:pStyle w:val="ListBullet"/>
      </w:pPr>
      <w:r>
        <w:t>discuss safeguarding allegations involving identifiable children;</w:t>
      </w:r>
    </w:p>
    <w:p w14:paraId="18C31675" w14:textId="77777777" w:rsidR="008A0BF7" w:rsidRDefault="00D00288">
      <w:pPr>
        <w:pStyle w:val="ListBullet"/>
      </w:pPr>
      <w:r>
        <w:t>share photographs or videos of other people's children without appropriate permission;</w:t>
      </w:r>
    </w:p>
    <w:p w14:paraId="0F414F90" w14:textId="77777777" w:rsidR="008A0BF7" w:rsidRDefault="00D00288">
      <w:pPr>
        <w:pStyle w:val="ListBullet"/>
      </w:pPr>
      <w:r>
        <w:t>impersonate the school or an individual connected with it;</w:t>
      </w:r>
    </w:p>
    <w:p w14:paraId="5795FE9C" w14:textId="77777777" w:rsidR="008A0BF7" w:rsidRDefault="00D00288">
      <w:pPr>
        <w:pStyle w:val="ListBullet"/>
      </w:pPr>
      <w:r>
        <w:t>encourage or coordinate harassment of an individual;</w:t>
      </w:r>
    </w:p>
    <w:p w14:paraId="30558276" w14:textId="77777777" w:rsidR="008A0BF7" w:rsidRDefault="00D00288">
      <w:pPr>
        <w:pStyle w:val="ListBullet"/>
      </w:pPr>
      <w:r>
        <w:lastRenderedPageBreak/>
        <w:t>publish information that could create a safeguarding risk.</w:t>
      </w:r>
    </w:p>
    <w:p w14:paraId="5B7AAFE6" w14:textId="77777777" w:rsidR="008A0BF7" w:rsidRDefault="00D00288">
      <w:r>
        <w:t>Where online behaviour raises a safeguarding or safety concern, the school will act in accordance with its safeguarding procedures.</w:t>
      </w:r>
    </w:p>
    <w:p w14:paraId="0CBAEBE4" w14:textId="77777777" w:rsidR="008A0BF7" w:rsidRDefault="00D00288">
      <w:pPr>
        <w:pStyle w:val="Heading2"/>
      </w:pPr>
      <w:r>
        <w:t>Parent WhatsApp, Facebook and Other Informal Groups</w:t>
      </w:r>
    </w:p>
    <w:p w14:paraId="79F83B6D" w14:textId="77777777" w:rsidR="008A0BF7" w:rsidRDefault="00D00288">
      <w:r>
        <w:t>Parent-run WhatsApp groups, Facebook groups and other messaging groups can provide useful informal support between families.</w:t>
      </w:r>
    </w:p>
    <w:p w14:paraId="430CCE3E" w14:textId="77777777" w:rsidR="008A0BF7" w:rsidRDefault="00D00288">
      <w:r>
        <w:t>Unless explicitly stated otherwise by the school, these groups are not operated, moderated or endorsed by Manuden Primary School and are not official school communication channels.</w:t>
      </w:r>
    </w:p>
    <w:p w14:paraId="5D50EDEC" w14:textId="77777777" w:rsidR="008A0BF7" w:rsidRDefault="00D00288">
      <w:r>
        <w:t>We ask parents and carers using such groups to:</w:t>
      </w:r>
    </w:p>
    <w:p w14:paraId="04C468EE" w14:textId="77777777" w:rsidR="008A0BF7" w:rsidRDefault="00D00288">
      <w:pPr>
        <w:pStyle w:val="ListBullet"/>
      </w:pPr>
      <w:r>
        <w:t>communicate respectfully;</w:t>
      </w:r>
    </w:p>
    <w:p w14:paraId="7DFA1F0A" w14:textId="77777777" w:rsidR="008A0BF7" w:rsidRDefault="00D00288">
      <w:pPr>
        <w:pStyle w:val="ListBullet"/>
      </w:pPr>
      <w:r>
        <w:t>avoid discussing confidential information about individual children;</w:t>
      </w:r>
    </w:p>
    <w:p w14:paraId="7F85C5C1" w14:textId="77777777" w:rsidR="008A0BF7" w:rsidRDefault="00D00288">
      <w:pPr>
        <w:pStyle w:val="ListBullet"/>
      </w:pPr>
      <w:r>
        <w:t>avoid sharing safeguarding information or allegations;</w:t>
      </w:r>
    </w:p>
    <w:p w14:paraId="4A007885" w14:textId="77777777" w:rsidR="008A0BF7" w:rsidRDefault="00D00288">
      <w:pPr>
        <w:pStyle w:val="ListBullet"/>
      </w:pPr>
      <w:r>
        <w:t>avoid personal attacks on staff, pupils or other families;</w:t>
      </w:r>
    </w:p>
    <w:p w14:paraId="0F1C6674" w14:textId="77777777" w:rsidR="008A0BF7" w:rsidRDefault="00D00288">
      <w:pPr>
        <w:pStyle w:val="ListBullet"/>
      </w:pPr>
      <w:r>
        <w:t>remember that information shared within private groups can easily be copied or forwarded.</w:t>
      </w:r>
    </w:p>
    <w:p w14:paraId="4F932557" w14:textId="77777777" w:rsidR="008A0BF7" w:rsidRDefault="00D00288">
      <w:r>
        <w:t>Questions or concerns requiring a school response should be raised directly with the school rather than relying on discussion within an unofficial parent group.</w:t>
      </w:r>
    </w:p>
    <w:p w14:paraId="5B0C5318" w14:textId="77777777" w:rsidR="008A0BF7" w:rsidRDefault="00D00288">
      <w:r>
        <w:t>The school's name, branding or logo should not be used in a way that suggests an unofficial group or account is operated by or formally represents Manuden Primary School.</w:t>
      </w:r>
    </w:p>
    <w:p w14:paraId="02DCAD6B" w14:textId="77777777" w:rsidR="008A0BF7" w:rsidRDefault="00D00288">
      <w:pPr>
        <w:pStyle w:val="Heading1"/>
        <w:pBdr>
          <w:bottom w:val="single" w:sz="4" w:space="3" w:color="3E2B8F"/>
        </w:pBdr>
      </w:pPr>
      <w:r>
        <w:t>Photography and School Events</w:t>
      </w:r>
    </w:p>
    <w:p w14:paraId="66F59259" w14:textId="77777777" w:rsidR="008A0BF7" w:rsidRDefault="00D00288">
      <w:r>
        <w:t>The school may permit parents and carers to take photographs or recordings at particular events.</w:t>
      </w:r>
    </w:p>
    <w:p w14:paraId="75FC4E2D" w14:textId="77777777" w:rsidR="008A0BF7" w:rsidRDefault="00D00288">
      <w:r>
        <w:t>Where photography is permitted, parents and carers must follow any instructions given by the school.</w:t>
      </w:r>
    </w:p>
    <w:p w14:paraId="6B501020" w14:textId="77777777" w:rsidR="008A0BF7" w:rsidRDefault="00D00288">
      <w:r>
        <w:t>Parents should be particularly careful when photographs or videos contain children other than their own.</w:t>
      </w:r>
    </w:p>
    <w:p w14:paraId="79879E86" w14:textId="77777777" w:rsidR="008A0BF7" w:rsidRDefault="00D00288">
      <w:r>
        <w:t xml:space="preserve">Images or recordings containing </w:t>
      </w:r>
      <w:r>
        <w:t>identifiable children should not be published or shared publicly where doing so would breach another child's privacy, safeguarding arrangements or the school's instructions.</w:t>
      </w:r>
    </w:p>
    <w:p w14:paraId="62D9611B" w14:textId="77777777" w:rsidR="008A0BF7" w:rsidRDefault="00D00288">
      <w:r>
        <w:t>Where the school asks that photography or recording does not take place at an event, parents and carers must respect this requirement.</w:t>
      </w:r>
    </w:p>
    <w:p w14:paraId="486F2E56" w14:textId="77777777" w:rsidR="008A0BF7" w:rsidRDefault="00D00288">
      <w:pPr>
        <w:pStyle w:val="Heading1"/>
        <w:pBdr>
          <w:bottom w:val="single" w:sz="4" w:space="3" w:color="3E2B8F"/>
        </w:pBdr>
      </w:pPr>
      <w:r>
        <w:t>Raising a Concern or Making a Complaint</w:t>
      </w:r>
    </w:p>
    <w:p w14:paraId="6C5177CD" w14:textId="77777777" w:rsidR="008A0BF7" w:rsidRDefault="00D00288">
      <w:r>
        <w:t>Parents and carers have the right to raise concerns and make complaints about the school.</w:t>
      </w:r>
    </w:p>
    <w:p w14:paraId="0C6DD628" w14:textId="77777777" w:rsidR="008A0BF7" w:rsidRDefault="00D00288">
      <w:r>
        <w:rPr>
          <w:b/>
        </w:rPr>
        <w:t>Using the school's complaints procedure appropriately will never in itself be regarded as a breach of this Code of Conduct.</w:t>
      </w:r>
    </w:p>
    <w:p w14:paraId="6CBD788C" w14:textId="77777777" w:rsidR="008A0BF7" w:rsidRDefault="00D00288">
      <w:r>
        <w:t>Wherever possible, parents should initially raise concerns with the member of staff best placed to resolve the issue.</w:t>
      </w:r>
    </w:p>
    <w:p w14:paraId="3BC67FA8" w14:textId="77777777" w:rsidR="008A0BF7" w:rsidRDefault="00D00288">
      <w:r>
        <w:t>If a concern cannot be resolved informally, parents may use the school's published Complaints Policy and Procedure.</w:t>
      </w:r>
    </w:p>
    <w:p w14:paraId="491C1FFB" w14:textId="77777777" w:rsidR="008A0BF7" w:rsidRDefault="00D00288">
      <w:r>
        <w:t>The school will consider:</w:t>
      </w:r>
    </w:p>
    <w:p w14:paraId="5703B2C1" w14:textId="77777777" w:rsidR="008A0BF7" w:rsidRDefault="00D00288">
      <w:pPr>
        <w:pStyle w:val="ManudenProcess"/>
        <w:jc w:val="center"/>
      </w:pPr>
      <w:r>
        <w:t>THE SUBSTANCE OF A COMPLAINT  •  IS CONSIDERED SEPARATELY FROM  •  THE MANNER OF COMMUNICATION OR BEHAVIOUR</w:t>
      </w:r>
    </w:p>
    <w:p w14:paraId="43ED7665" w14:textId="77777777" w:rsidR="008A0BF7" w:rsidRDefault="00D00288">
      <w:r>
        <w:lastRenderedPageBreak/>
        <w:t>A parent may have a reasonable complaint while also communicating in a way that is unacceptable. In such circumstances, the school will continue to address the legitimate complaint while managing inappropriate conduct separately.</w:t>
      </w:r>
    </w:p>
    <w:p w14:paraId="07E3EA32" w14:textId="77777777" w:rsidR="008A0BF7" w:rsidRDefault="00D00288">
      <w:pPr>
        <w:pStyle w:val="Heading2"/>
      </w:pPr>
      <w:r>
        <w:t>Social Media Complaints</w:t>
      </w:r>
    </w:p>
    <w:p w14:paraId="4D9C2A0C" w14:textId="77777777" w:rsidR="008A0BF7" w:rsidRDefault="00D00288">
      <w:r>
        <w:t>Parents are encouraged to contact the school directly when they have concerns rather than attempting to resolve an individual complaint through social media.</w:t>
      </w:r>
    </w:p>
    <w:p w14:paraId="7B05FCCD" w14:textId="77777777" w:rsidR="008A0BF7" w:rsidRDefault="00D00288">
      <w:r>
        <w:t>This allows the school to:</w:t>
      </w:r>
    </w:p>
    <w:p w14:paraId="2FC03AA3" w14:textId="77777777" w:rsidR="008A0BF7" w:rsidRDefault="00D00288">
      <w:pPr>
        <w:pStyle w:val="ListBullet"/>
      </w:pPr>
      <w:r>
        <w:t>establish the facts;</w:t>
      </w:r>
    </w:p>
    <w:p w14:paraId="7C9643EC" w14:textId="77777777" w:rsidR="008A0BF7" w:rsidRDefault="00D00288">
      <w:pPr>
        <w:pStyle w:val="ListBullet"/>
      </w:pPr>
      <w:r>
        <w:t>hear the relevant perspectives;</w:t>
      </w:r>
    </w:p>
    <w:p w14:paraId="2BB8A43B" w14:textId="77777777" w:rsidR="008A0BF7" w:rsidRDefault="00D00288">
      <w:pPr>
        <w:pStyle w:val="ListBullet"/>
      </w:pPr>
      <w:r>
        <w:t>respect pupil and staff confidentiality;</w:t>
      </w:r>
    </w:p>
    <w:p w14:paraId="658129B2" w14:textId="77777777" w:rsidR="008A0BF7" w:rsidRDefault="00D00288">
      <w:pPr>
        <w:pStyle w:val="ListBullet"/>
      </w:pPr>
      <w:r>
        <w:t>take appropriate action;</w:t>
      </w:r>
    </w:p>
    <w:p w14:paraId="27298FB2" w14:textId="77777777" w:rsidR="008A0BF7" w:rsidRDefault="00D00288">
      <w:pPr>
        <w:pStyle w:val="ListBullet"/>
      </w:pPr>
      <w:r>
        <w:t>provide a response.</w:t>
      </w:r>
    </w:p>
    <w:p w14:paraId="007A6713" w14:textId="77777777" w:rsidR="008A0BF7" w:rsidRDefault="00D00288">
      <w:r>
        <w:t>The school will not normally enter into public discussion about individual pupils, families, complaints or staffing matters through social media.</w:t>
      </w:r>
    </w:p>
    <w:p w14:paraId="72D0FB59" w14:textId="77777777" w:rsidR="008A0BF7" w:rsidRDefault="00D00288">
      <w:r>
        <w:t>This does not prevent parents from expressing general opinions or constructively challenging school decisions or policies.</w:t>
      </w:r>
    </w:p>
    <w:p w14:paraId="56476F0E" w14:textId="77777777" w:rsidR="008A0BF7" w:rsidRDefault="00D00288">
      <w:pPr>
        <w:pStyle w:val="Heading1"/>
        <w:pBdr>
          <w:bottom w:val="single" w:sz="4" w:space="3" w:color="3E2B8F"/>
        </w:pBdr>
      </w:pPr>
      <w:r>
        <w:t>What Happens if This Code Is Breached?</w:t>
      </w:r>
    </w:p>
    <w:p w14:paraId="0D7C5CDB" w14:textId="77777777" w:rsidR="008A0BF7" w:rsidRDefault="00D00288">
      <w:r>
        <w:t>The school will respond proportionately to concerns about parent or carer conduct.</w:t>
      </w:r>
    </w:p>
    <w:p w14:paraId="7702FF31" w14:textId="77777777" w:rsidR="008A0BF7" w:rsidRDefault="00D00288">
      <w:r>
        <w:t>The response will depend upon:</w:t>
      </w:r>
    </w:p>
    <w:p w14:paraId="4904FF80" w14:textId="77777777" w:rsidR="008A0BF7" w:rsidRDefault="00D00288">
      <w:pPr>
        <w:pStyle w:val="ListBullet"/>
      </w:pPr>
      <w:r>
        <w:t>the nature of the behaviour;</w:t>
      </w:r>
    </w:p>
    <w:p w14:paraId="5FCA9F59" w14:textId="77777777" w:rsidR="008A0BF7" w:rsidRDefault="00D00288">
      <w:pPr>
        <w:pStyle w:val="ListBullet"/>
      </w:pPr>
      <w:r>
        <w:t>its seriousness;</w:t>
      </w:r>
    </w:p>
    <w:p w14:paraId="7B500EF7" w14:textId="77777777" w:rsidR="008A0BF7" w:rsidRDefault="00D00288">
      <w:pPr>
        <w:pStyle w:val="ListBullet"/>
      </w:pPr>
      <w:r>
        <w:t>whether it is repeated;</w:t>
      </w:r>
    </w:p>
    <w:p w14:paraId="495B20AD" w14:textId="77777777" w:rsidR="008A0BF7" w:rsidRDefault="00D00288">
      <w:pPr>
        <w:pStyle w:val="ListBullet"/>
      </w:pPr>
      <w:r>
        <w:t>its impact on pupils or staff;</w:t>
      </w:r>
    </w:p>
    <w:p w14:paraId="48016BEE" w14:textId="77777777" w:rsidR="008A0BF7" w:rsidRDefault="00D00288">
      <w:pPr>
        <w:pStyle w:val="ListBullet"/>
      </w:pPr>
      <w:r>
        <w:t xml:space="preserve">whether </w:t>
      </w:r>
      <w:r>
        <w:t>there is a safeguarding or safety risk;</w:t>
      </w:r>
    </w:p>
    <w:p w14:paraId="7996768E" w14:textId="77777777" w:rsidR="008A0BF7" w:rsidRDefault="00D00288">
      <w:pPr>
        <w:pStyle w:val="ListBullet"/>
      </w:pPr>
      <w:r>
        <w:t>whether a criminal offence may have occurred.</w:t>
      </w:r>
    </w:p>
    <w:p w14:paraId="1C4F1169" w14:textId="77777777" w:rsidR="008A0BF7" w:rsidRDefault="00D00288">
      <w:r>
        <w:t>Responses may include:</w:t>
      </w:r>
    </w:p>
    <w:p w14:paraId="205BAB4F" w14:textId="77777777" w:rsidR="008A0BF7" w:rsidRDefault="00D00288">
      <w:pPr>
        <w:pStyle w:val="ListNumber"/>
      </w:pPr>
      <w:r>
        <w:t>an informal conversation;</w:t>
      </w:r>
    </w:p>
    <w:p w14:paraId="77C7B815" w14:textId="77777777" w:rsidR="008A0BF7" w:rsidRDefault="00D00288">
      <w:pPr>
        <w:pStyle w:val="ListNumber"/>
      </w:pPr>
      <w:r>
        <w:t>clarification of the school's expectations;</w:t>
      </w:r>
    </w:p>
    <w:p w14:paraId="43EDFB49" w14:textId="77777777" w:rsidR="008A0BF7" w:rsidRDefault="00D00288">
      <w:pPr>
        <w:pStyle w:val="ListNumber"/>
      </w:pPr>
      <w:r>
        <w:t>a meeting with the Headteacher;</w:t>
      </w:r>
    </w:p>
    <w:p w14:paraId="1BCDEA86" w14:textId="77777777" w:rsidR="008A0BF7" w:rsidRDefault="00D00288">
      <w:pPr>
        <w:pStyle w:val="ListNumber"/>
      </w:pPr>
      <w:r>
        <w:t>a formal written warning;</w:t>
      </w:r>
    </w:p>
    <w:p w14:paraId="45AAE9B3" w14:textId="77777777" w:rsidR="008A0BF7" w:rsidRDefault="00D00288">
      <w:pPr>
        <w:pStyle w:val="ListNumber"/>
      </w:pPr>
      <w:r>
        <w:t>asking that communication takes place through a particular member of staff or agreed channel;</w:t>
      </w:r>
    </w:p>
    <w:p w14:paraId="48D45BC2" w14:textId="77777777" w:rsidR="008A0BF7" w:rsidRDefault="00D00288">
      <w:pPr>
        <w:pStyle w:val="ListNumber"/>
      </w:pPr>
      <w:r>
        <w:t>requiring future meetings to take place by appointment or with an additional member of staff present;</w:t>
      </w:r>
    </w:p>
    <w:p w14:paraId="15D0F241" w14:textId="77777777" w:rsidR="008A0BF7" w:rsidRDefault="00D00288">
      <w:pPr>
        <w:pStyle w:val="ListNumber"/>
      </w:pPr>
      <w:r>
        <w:t>ending a meeting or telephone call where behaviour becomes abusive, threatening or unsafe;</w:t>
      </w:r>
    </w:p>
    <w:p w14:paraId="0BEA53C0" w14:textId="77777777" w:rsidR="008A0BF7" w:rsidRDefault="00D00288">
      <w:pPr>
        <w:pStyle w:val="ListNumber"/>
      </w:pPr>
      <w:r>
        <w:t>restricting or controlling access to the school premises;</w:t>
      </w:r>
    </w:p>
    <w:p w14:paraId="379B9FB4" w14:textId="77777777" w:rsidR="008A0BF7" w:rsidRDefault="00D00288">
      <w:pPr>
        <w:pStyle w:val="ListNumber"/>
      </w:pPr>
      <w:r>
        <w:t>seeking advice from Essex County Council, HR, legal advisers or other relevant agencies;</w:t>
      </w:r>
    </w:p>
    <w:p w14:paraId="684A83A5" w14:textId="77777777" w:rsidR="008A0BF7" w:rsidRDefault="00D00288">
      <w:pPr>
        <w:pStyle w:val="ListNumber"/>
      </w:pPr>
      <w:r>
        <w:t xml:space="preserve">contacting the police where there is an immediate threat, suspected criminal behaviour or </w:t>
      </w:r>
      <w:r>
        <w:t>another serious concern.</w:t>
      </w:r>
    </w:p>
    <w:p w14:paraId="0DA9472F" w14:textId="77777777" w:rsidR="008A0BF7" w:rsidRDefault="00D00288">
      <w:r>
        <w:t>The school is not required to work through every step before taking more serious action.</w:t>
      </w:r>
    </w:p>
    <w:p w14:paraId="321C7B51" w14:textId="77777777" w:rsidR="008A0BF7" w:rsidRDefault="00D00288">
      <w:r>
        <w:t>Where behaviour creates an immediate safeguarding or safety risk, proportionate action may be taken immediately.</w:t>
      </w:r>
    </w:p>
    <w:p w14:paraId="09B39078" w14:textId="77777777" w:rsidR="008A0BF7" w:rsidRDefault="00D00288">
      <w:r>
        <w:lastRenderedPageBreak/>
        <w:t>Staff are not expected to tolerate bullying, harassment, intimidation or abuse. Concerns about such conduct will be reported promptly to the Headteacher or, where the conduct is directed at the Headteacher, to the Chair of Governors. Appropriate support and advice will be provided to affected staff.</w:t>
      </w:r>
    </w:p>
    <w:p w14:paraId="48BA0E5B" w14:textId="77777777" w:rsidR="008A0BF7" w:rsidRDefault="00D00288">
      <w:pPr>
        <w:pStyle w:val="Heading2"/>
      </w:pPr>
      <w:r>
        <w:t>Restricting Access to School Premises</w:t>
      </w:r>
    </w:p>
    <w:p w14:paraId="24C58CD5" w14:textId="77777777" w:rsidR="008A0BF7" w:rsidRDefault="00D00288">
      <w:r>
        <w:t>Parents and carers normally have implied permission to enter school premises for appropriate purposes such as dropping off or collecting children, attending meetings and attending school events.</w:t>
      </w:r>
    </w:p>
    <w:p w14:paraId="49B87DB4" w14:textId="77777777" w:rsidR="008A0BF7" w:rsidRDefault="00D00288">
      <w:r>
        <w:rPr>
          <w:b/>
        </w:rPr>
        <w:t>This does not give an unrestricted right of access.</w:t>
      </w:r>
    </w:p>
    <w:p w14:paraId="45BB3051" w14:textId="77777777" w:rsidR="008A0BF7" w:rsidRDefault="00D00288">
      <w:r>
        <w:t>Where an individual's aggressive, abusive, threatening or insulting behaviour presents a risk, or causes a pupil or member of staff reasonably to feel threatened, the school may consider restricting or barring access to the premises.</w:t>
      </w:r>
    </w:p>
    <w:p w14:paraId="393969AB" w14:textId="77777777" w:rsidR="008A0BF7" w:rsidRDefault="00D00288">
      <w:r>
        <w:t>Where this is being considered, the school will follow current Department for Education and Essex County Council guidance and seek appropriate advice where necessary.</w:t>
      </w:r>
    </w:p>
    <w:p w14:paraId="6A97A195" w14:textId="77777777" w:rsidR="008A0BF7" w:rsidRDefault="00D00288">
      <w:r>
        <w:t>Normally:</w:t>
      </w:r>
    </w:p>
    <w:p w14:paraId="561EB083" w14:textId="77777777" w:rsidR="008A0BF7" w:rsidRDefault="00D00288">
      <w:pPr>
        <w:pStyle w:val="ListBullet"/>
      </w:pPr>
      <w:r>
        <w:t>the individual will be informed in writing;</w:t>
      </w:r>
    </w:p>
    <w:p w14:paraId="72667431" w14:textId="77777777" w:rsidR="008A0BF7" w:rsidRDefault="00D00288">
      <w:pPr>
        <w:pStyle w:val="ListBullet"/>
      </w:pPr>
      <w:r>
        <w:t>the reasons will be explained;</w:t>
      </w:r>
    </w:p>
    <w:p w14:paraId="5F847D80" w14:textId="77777777" w:rsidR="008A0BF7" w:rsidRDefault="00D00288">
      <w:pPr>
        <w:pStyle w:val="ListBullet"/>
      </w:pPr>
      <w:r>
        <w:t>the individual will be given an opportunity to make representations;</w:t>
      </w:r>
    </w:p>
    <w:p w14:paraId="78CF8185" w14:textId="77777777" w:rsidR="008A0BF7" w:rsidRDefault="00D00288">
      <w:pPr>
        <w:pStyle w:val="ListBullet"/>
      </w:pPr>
      <w:r>
        <w:t>any restriction will be proportionate;</w:t>
      </w:r>
    </w:p>
    <w:p w14:paraId="4BA8CC58" w14:textId="77777777" w:rsidR="008A0BF7" w:rsidRDefault="00D00288">
      <w:pPr>
        <w:pStyle w:val="ListBullet"/>
      </w:pPr>
      <w:r>
        <w:t>the decision will be reviewed within a reasonable period.</w:t>
      </w:r>
    </w:p>
    <w:p w14:paraId="25B41DB8" w14:textId="77777777" w:rsidR="008A0BF7" w:rsidRDefault="00D00288">
      <w:r>
        <w:t>Where immediate temporary action is necessary to protect pupils or staff, restrictions may be imposed while representations are considered.</w:t>
      </w:r>
    </w:p>
    <w:p w14:paraId="09E4D5D8" w14:textId="77777777" w:rsidR="008A0BF7" w:rsidRDefault="00D00288">
      <w:r>
        <w:t>A restriction on access to the site does not prevent a parent from:</w:t>
      </w:r>
    </w:p>
    <w:p w14:paraId="2AEC6336" w14:textId="77777777" w:rsidR="008A0BF7" w:rsidRDefault="00D00288">
      <w:pPr>
        <w:pStyle w:val="ListBullet"/>
      </w:pPr>
      <w:r>
        <w:t>receiving information about their child's education;</w:t>
      </w:r>
    </w:p>
    <w:p w14:paraId="49A6DABE" w14:textId="77777777" w:rsidR="008A0BF7" w:rsidRDefault="00D00288">
      <w:pPr>
        <w:pStyle w:val="ListBullet"/>
      </w:pPr>
      <w:r>
        <w:t>communicating with the school through agreed channels;</w:t>
      </w:r>
    </w:p>
    <w:p w14:paraId="212299D8" w14:textId="77777777" w:rsidR="008A0BF7" w:rsidRDefault="00D00288">
      <w:pPr>
        <w:pStyle w:val="ListBullet"/>
      </w:pPr>
      <w:r>
        <w:t>making a complaint;</w:t>
      </w:r>
    </w:p>
    <w:p w14:paraId="4774BFBF" w14:textId="77777777" w:rsidR="008A0BF7" w:rsidRDefault="00D00288">
      <w:pPr>
        <w:pStyle w:val="ListBullet"/>
      </w:pPr>
      <w:r>
        <w:t>exercising their legal parental responsibilities.</w:t>
      </w:r>
    </w:p>
    <w:p w14:paraId="64ECD8C7" w14:textId="77777777" w:rsidR="008A0BF7" w:rsidRDefault="00D00288">
      <w:pPr>
        <w:pStyle w:val="Heading2"/>
      </w:pPr>
      <w:r>
        <w:t>Threats, Violence and Serious Harassment</w:t>
      </w:r>
    </w:p>
    <w:p w14:paraId="6D4534B0" w14:textId="77777777" w:rsidR="008A0BF7" w:rsidRDefault="00D00288">
      <w:r>
        <w:t>Threats of violence, actual violence and serious harassment will be taken seriously.</w:t>
      </w:r>
    </w:p>
    <w:p w14:paraId="13034172" w14:textId="77777777" w:rsidR="008A0BF7" w:rsidRDefault="00D00288">
      <w:r>
        <w:t>Where necessary, the school may:</w:t>
      </w:r>
    </w:p>
    <w:p w14:paraId="7EF26F7A" w14:textId="77777777" w:rsidR="008A0BF7" w:rsidRDefault="00D00288">
      <w:pPr>
        <w:pStyle w:val="ListBullet"/>
      </w:pPr>
      <w:r>
        <w:t>take immediate action to protect pupils and staff;</w:t>
      </w:r>
    </w:p>
    <w:p w14:paraId="35AB9CF2" w14:textId="77777777" w:rsidR="008A0BF7" w:rsidRDefault="00D00288">
      <w:pPr>
        <w:pStyle w:val="ListBullet"/>
      </w:pPr>
      <w:r>
        <w:t>ask an individual to leave the premises;</w:t>
      </w:r>
    </w:p>
    <w:p w14:paraId="13B0D30C" w14:textId="77777777" w:rsidR="008A0BF7" w:rsidRDefault="00D00288">
      <w:pPr>
        <w:pStyle w:val="ListBullet"/>
      </w:pPr>
      <w:r>
        <w:t>contact the police;</w:t>
      </w:r>
    </w:p>
    <w:p w14:paraId="019D32C1" w14:textId="77777777" w:rsidR="008A0BF7" w:rsidRDefault="00D00288">
      <w:pPr>
        <w:pStyle w:val="ListBullet"/>
      </w:pPr>
      <w:r>
        <w:t>seek advice from Essex County Council or legal advisers;</w:t>
      </w:r>
    </w:p>
    <w:p w14:paraId="06B0BCDB" w14:textId="77777777" w:rsidR="008A0BF7" w:rsidRDefault="00D00288">
      <w:pPr>
        <w:pStyle w:val="ListBullet"/>
      </w:pPr>
      <w:r>
        <w:t>consider restrictions on future contact or site access;</w:t>
      </w:r>
    </w:p>
    <w:p w14:paraId="4549CD84" w14:textId="77777777" w:rsidR="008A0BF7" w:rsidRDefault="00D00288">
      <w:pPr>
        <w:pStyle w:val="ListBullet"/>
      </w:pPr>
      <w:r>
        <w:t>follow safeguarding procedures where children may be at risk.</w:t>
      </w:r>
    </w:p>
    <w:p w14:paraId="3B5E0986" w14:textId="77777777" w:rsidR="008A0BF7" w:rsidRDefault="00D00288">
      <w:r>
        <w:t>The school will not automatically characterise every disagreement, critical comment or complaint as harassment.</w:t>
      </w:r>
    </w:p>
    <w:p w14:paraId="21A01D44" w14:textId="77777777" w:rsidR="008A0BF7" w:rsidRDefault="00D00288">
      <w:r>
        <w:t>Action will be based upon the nature, persistence, context and impact of the behaviour concerned.</w:t>
      </w:r>
    </w:p>
    <w:p w14:paraId="168F8D67" w14:textId="77777777" w:rsidR="008A0BF7" w:rsidRDefault="00D00288">
      <w:pPr>
        <w:pStyle w:val="Heading1"/>
        <w:pBdr>
          <w:bottom w:val="single" w:sz="4" w:space="3" w:color="3E2B8F"/>
        </w:pBdr>
      </w:pPr>
      <w:r>
        <w:t>Reasonable Adjustments</w:t>
      </w:r>
    </w:p>
    <w:p w14:paraId="1C3057C6" w14:textId="77777777" w:rsidR="008A0BF7" w:rsidRDefault="00D00288">
      <w:r>
        <w:t>Manuden Primary School will apply this Code fairly and proportionately.</w:t>
      </w:r>
    </w:p>
    <w:p w14:paraId="05A418FB" w14:textId="77777777" w:rsidR="008A0BF7" w:rsidRDefault="00D00288">
      <w:r>
        <w:lastRenderedPageBreak/>
        <w:t>Where a parent's or carer's disability, communication difficulty or other identified need affects the way they access or communicate with the school, reasonable adjustments will be considered.</w:t>
      </w:r>
    </w:p>
    <w:p w14:paraId="035F04B1" w14:textId="77777777" w:rsidR="008A0BF7" w:rsidRDefault="00D00288">
      <w:r>
        <w:t>Parents and carers are encouraged to tell the school if they require an adjustment so that appropriate arrangements can be made.</w:t>
      </w:r>
    </w:p>
    <w:p w14:paraId="6F43B3EB" w14:textId="77777777" w:rsidR="008A0BF7" w:rsidRDefault="00D00288">
      <w:pPr>
        <w:pStyle w:val="Heading1"/>
        <w:pageBreakBefore/>
        <w:pBdr>
          <w:bottom w:val="single" w:sz="4" w:space="3" w:color="3E2B8F"/>
        </w:pBdr>
      </w:pPr>
      <w:r>
        <w:lastRenderedPageBreak/>
        <w:t>Animals on School Premises</w:t>
      </w:r>
    </w:p>
    <w:p w14:paraId="135A325D" w14:textId="77777777" w:rsidR="008A0BF7" w:rsidRDefault="00D00288">
      <w:r>
        <w:t>Parents and carers must follow the school's arrangements regarding animals on the school site.</w:t>
      </w:r>
    </w:p>
    <w:p w14:paraId="064AD428" w14:textId="77777777" w:rsidR="008A0BF7" w:rsidRDefault="00D00288">
      <w:r>
        <w:t>Assistance dogs are permitted.</w:t>
      </w:r>
    </w:p>
    <w:p w14:paraId="7FB9C91C" w14:textId="77777777" w:rsidR="008A0BF7" w:rsidRDefault="00D00288">
      <w:r>
        <w:t>Other dogs or animals should only be brought onto school premises where this is permitted by the school or has been agreed in advance.</w:t>
      </w:r>
    </w:p>
    <w:p w14:paraId="15653B6C" w14:textId="77777777" w:rsidR="008A0BF7" w:rsidRDefault="00D00288">
      <w:pPr>
        <w:pStyle w:val="Heading1"/>
        <w:pBdr>
          <w:bottom w:val="single" w:sz="4" w:space="3" w:color="3E2B8F"/>
        </w:pBdr>
      </w:pPr>
      <w:r>
        <w:t>Our Commitment to Parents and Carers</w:t>
      </w:r>
    </w:p>
    <w:p w14:paraId="67A568A3" w14:textId="77777777" w:rsidR="008A0BF7" w:rsidRDefault="00D00288">
      <w:r>
        <w:rPr>
          <w:b/>
        </w:rPr>
        <w:t>Respectful relationships work both ways.</w:t>
      </w:r>
    </w:p>
    <w:p w14:paraId="4FAC1D37" w14:textId="77777777" w:rsidR="008A0BF7" w:rsidRDefault="00D00288">
      <w:r>
        <w:t xml:space="preserve">Parents and carers can </w:t>
      </w:r>
      <w:r>
        <w:t>expect Manuden Primary School staff to:</w:t>
      </w:r>
    </w:p>
    <w:p w14:paraId="18E9A551" w14:textId="77777777" w:rsidR="008A0BF7" w:rsidRDefault="00D00288">
      <w:pPr>
        <w:pStyle w:val="ListBullet"/>
      </w:pPr>
      <w:r>
        <w:t>communicate respectfully and professionally;</w:t>
      </w:r>
    </w:p>
    <w:p w14:paraId="5677E233" w14:textId="77777777" w:rsidR="008A0BF7" w:rsidRDefault="00D00288">
      <w:pPr>
        <w:pStyle w:val="ListBullet"/>
      </w:pPr>
      <w:r>
        <w:t>listen to concerns;</w:t>
      </w:r>
    </w:p>
    <w:p w14:paraId="502DAD32" w14:textId="77777777" w:rsidR="008A0BF7" w:rsidRDefault="00D00288">
      <w:pPr>
        <w:pStyle w:val="ListBullet"/>
      </w:pPr>
      <w:r>
        <w:t>treat families fairly;</w:t>
      </w:r>
    </w:p>
    <w:p w14:paraId="035A3BDF" w14:textId="77777777" w:rsidR="008A0BF7" w:rsidRDefault="00D00288">
      <w:pPr>
        <w:pStyle w:val="ListBullet"/>
      </w:pPr>
      <w:r>
        <w:t>maintain appropriate confidentiality;</w:t>
      </w:r>
    </w:p>
    <w:p w14:paraId="37B79249" w14:textId="77777777" w:rsidR="008A0BF7" w:rsidRDefault="00D00288">
      <w:pPr>
        <w:pStyle w:val="ListBullet"/>
      </w:pPr>
      <w:r>
        <w:t>explain decisions where appropriate;</w:t>
      </w:r>
    </w:p>
    <w:p w14:paraId="1873BDCF" w14:textId="77777777" w:rsidR="008A0BF7" w:rsidRDefault="00D00288">
      <w:pPr>
        <w:pStyle w:val="ListBullet"/>
      </w:pPr>
      <w:r>
        <w:t>respond to concerns through the proper procedures;</w:t>
      </w:r>
    </w:p>
    <w:p w14:paraId="2B456606" w14:textId="77777777" w:rsidR="008A0BF7" w:rsidRDefault="00D00288">
      <w:pPr>
        <w:pStyle w:val="ListBullet"/>
      </w:pPr>
      <w:r>
        <w:t>recognise that parents know their children well;</w:t>
      </w:r>
    </w:p>
    <w:p w14:paraId="2067B405" w14:textId="77777777" w:rsidR="008A0BF7" w:rsidRDefault="00D00288">
      <w:pPr>
        <w:pStyle w:val="ListBullet"/>
      </w:pPr>
      <w:r>
        <w:t>work constructively with families in the interests of pupils.</w:t>
      </w:r>
    </w:p>
    <w:p w14:paraId="4571F45D" w14:textId="77777777" w:rsidR="008A0BF7" w:rsidRDefault="00D00288">
      <w:r>
        <w:t>Where we make mistakes, we will seek to put them right.</w:t>
      </w:r>
    </w:p>
    <w:p w14:paraId="3FB877BD" w14:textId="77777777" w:rsidR="008A0BF7" w:rsidRDefault="00D00288">
      <w:r>
        <w:t>Our aim is not for school and families always to agree. It is for disagreements to be managed professionally and respectfully so that children's education and wellbeing remain at the centre.</w:t>
      </w:r>
    </w:p>
    <w:p w14:paraId="22D67357" w14:textId="77777777" w:rsidR="008A0BF7" w:rsidRDefault="00D00288">
      <w:pPr>
        <w:pStyle w:val="Heading1"/>
        <w:pBdr>
          <w:bottom w:val="single" w:sz="4" w:space="3" w:color="3E2B8F"/>
        </w:pBdr>
      </w:pPr>
      <w:r>
        <w:t>Monitoring and Review</w:t>
      </w:r>
    </w:p>
    <w:p w14:paraId="181396BE" w14:textId="77777777" w:rsidR="008A0BF7" w:rsidRDefault="00D00288">
      <w:r>
        <w:t>The Headteacher will monitor the implementation of this Code.</w:t>
      </w:r>
    </w:p>
    <w:p w14:paraId="428AAB19" w14:textId="77777777" w:rsidR="008A0BF7" w:rsidRDefault="00D00288">
      <w:r>
        <w:t>The Code will normally be reviewed annually, or earlier where:</w:t>
      </w:r>
    </w:p>
    <w:p w14:paraId="5CD2C123" w14:textId="77777777" w:rsidR="008A0BF7" w:rsidRDefault="00D00288">
      <w:pPr>
        <w:pStyle w:val="ListBullet"/>
      </w:pPr>
      <w:r>
        <w:t>national guidance changes;</w:t>
      </w:r>
    </w:p>
    <w:p w14:paraId="1C483A80" w14:textId="77777777" w:rsidR="008A0BF7" w:rsidRDefault="00D00288">
      <w:pPr>
        <w:pStyle w:val="ListBullet"/>
      </w:pPr>
      <w:r>
        <w:t>school procedures change;</w:t>
      </w:r>
    </w:p>
    <w:p w14:paraId="19F911BA" w14:textId="77777777" w:rsidR="008A0BF7" w:rsidRDefault="00D00288">
      <w:pPr>
        <w:pStyle w:val="ListBullet"/>
      </w:pPr>
      <w:r>
        <w:t>experience indicates that clarification is required.</w:t>
      </w:r>
    </w:p>
    <w:p w14:paraId="0329BC27" w14:textId="77777777" w:rsidR="008A0BF7" w:rsidRDefault="00D00288">
      <w:r>
        <w:rPr>
          <w:b/>
        </w:rPr>
        <w:t>Date of next review: September 2027</w:t>
      </w:r>
    </w:p>
    <w:sectPr w:rsidR="008A0BF7" w:rsidSect="00034616">
      <w:footerReference w:type="default" r:id="rId9"/>
      <w:pgSz w:w="12240" w:h="15840"/>
      <w:pgMar w:top="936" w:right="1080" w:bottom="936" w:left="1080"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63AC3" w14:textId="77777777" w:rsidR="00D00288" w:rsidRDefault="00D00288">
      <w:pPr>
        <w:spacing w:after="0" w:line="240" w:lineRule="auto"/>
      </w:pPr>
      <w:r>
        <w:separator/>
      </w:r>
    </w:p>
  </w:endnote>
  <w:endnote w:type="continuationSeparator" w:id="0">
    <w:p w14:paraId="728CBED4" w14:textId="77777777" w:rsidR="00D00288" w:rsidRDefault="00D00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fortaa">
    <w:altName w:val="Cambria"/>
    <w:panose1 w:val="00000000000000000000"/>
    <w:charset w:val="00"/>
    <w:family w:val="roman"/>
    <w:notTrueType/>
    <w:pitch w:val="default"/>
  </w:font>
  <w:font w:name="Inte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679BF" w14:textId="77777777" w:rsidR="008A0BF7" w:rsidRDefault="00D00288">
    <w:pPr>
      <w:pStyle w:val="Footer"/>
      <w:pBdr>
        <w:top w:val="single" w:sz="8" w:space="4" w:color="3E2B8F"/>
      </w:pBdr>
      <w:jc w:val="center"/>
    </w:pPr>
    <w:r>
      <w:rPr>
        <w:color w:val="5F6673"/>
        <w:sz w:val="15"/>
      </w:rPr>
      <w:t>MANUDEN PRIMARY SCHOOL  |  The Street, Manuden, Bishop’s Stortford, CM23 1DE  |  01279 813370</w:t>
    </w:r>
  </w:p>
  <w:p w14:paraId="3FA96FA6" w14:textId="77777777" w:rsidR="008A0BF7" w:rsidRDefault="00D00288">
    <w:pPr>
      <w:spacing w:before="20" w:after="0"/>
      <w:jc w:val="center"/>
    </w:pPr>
    <w:r>
      <w:rPr>
        <w:color w:val="5F6673"/>
        <w:sz w:val="15"/>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5A59A" w14:textId="77777777" w:rsidR="00D00288" w:rsidRDefault="00D00288">
      <w:pPr>
        <w:spacing w:after="0" w:line="240" w:lineRule="auto"/>
      </w:pPr>
      <w:r>
        <w:separator/>
      </w:r>
    </w:p>
  </w:footnote>
  <w:footnote w:type="continuationSeparator" w:id="0">
    <w:p w14:paraId="3179AFA3" w14:textId="77777777" w:rsidR="00D00288" w:rsidRDefault="00D00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309E23"/>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eastAsia="Aptos" w:hAnsi="Aptos" w:cs="Aptos"/>
      <w:color w:val="1F2937"/>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3E2B8F"/>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25324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52" w:lineRule="auto"/>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line="252" w:lineRule="auto"/>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nudenProcess">
    <w:name w:val="Manuden Process"/>
    <w:pPr>
      <w:keepLines/>
      <w:spacing w:before="80" w:after="120"/>
    </w:pPr>
    <w:rPr>
      <w:rFonts w:ascii="Aptos" w:eastAsia="Aptos" w:hAnsi="Aptos" w:cs="Aptos"/>
      <w:b/>
      <w:color w:val="3E2B8F"/>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2518</Words>
  <Characters>14357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Parent and Carer Code of Conduct 2026-27</dc:title>
  <dc:subject>Parent and Carer Code of Conduct</dc:subject>
  <dc:creator>Manuden Primary School</dc:creator>
  <cp:keywords/>
  <dc:description>generated by python-docx</dc:description>
  <cp:lastModifiedBy>Andrew Price</cp:lastModifiedBy>
  <cp:revision>2</cp:revision>
  <dcterms:created xsi:type="dcterms:W3CDTF">2026-09-03T11:11:00Z</dcterms:created>
  <dcterms:modified xsi:type="dcterms:W3CDTF">2026-09-03T11:11:00Z</dcterms:modified>
  <cp:category/>
</cp:coreProperties>
</file>