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Borders>
              <w:top w:val="nil"/>
              <w:left w:val="nil"/>
              <w:bottom w:val="nil"/>
              <w:right w:val="nil"/>
            </w:tcBorders>
            <w:tcMar>
              <w:top w:w="30" w:type="dxa"/>
              <w:left w:w="10" w:type="dxa"/>
              <w:bottom w:w="30" w:type="dxa"/>
              <w:right w:w="10" w:type="dxa"/>
            </w:tcMar>
            <w:vAlign w:val="center"/>
          </w:tcPr>
          <w:p w14:paraId="5EE510F8" w14:textId="77777777" w:rsidR="008A0BF7" w:rsidRDefault="00D00288">
            <w:pPr>
              <w:spacing w:after="0"/>
            </w:pPr>
            <w:r>
              <w:rPr>
                <w:rFonts w:ascii="Comfortaa" w:eastAsia="Comfortaa" w:hAnsi="Comfortaa"/>
                <w:b/>
                <w:caps/>
                <w:color w:val="3E2B8F"/>
                <w:sz w:val="48"/>
              </w:rPr>
              <w:t>MANUDEN</w:t>
            </w:r>
            <w:r>
              <w:rPr>
                <w:rFonts w:ascii="Inter" w:eastAsia="Inter" w:hAnsi="Inter"/>
                <w:b/>
                <w:caps/>
                <w:color w:val="F3C300"/>
                <w:sz w:val="26"/>
              </w:rPr>
              <w:t xml:space="preserve">  PRIMARY SCHOOL</w:t>
            </w:r>
          </w:p>
          <w:p w14:paraId="14C8D8F5" w14:textId="77777777" w:rsidR="008A0BF7" w:rsidRDefault="00D00288">
            <w:pPr>
              <w:spacing w:before="20" w:after="0"/>
            </w:pPr>
            <w:r>
              <w:rPr>
                <w:rFonts w:ascii="Inter" w:eastAsia="Inter" w:hAnsi="Inter"/>
                <w:color w:val="25324A"/>
                <w:sz w:val="19"/>
              </w:rPr>
              <w:t>A Small School with Big Ideas</w:t>
            </w:r>
          </w:p>
        </w:tc>
        <w:tc>
          <w:tcPr>
            <w:tcW w:w="5083" w:type="dxa"/>
            <w:tcBorders>
              <w:top w:val="nil"/>
              <w:left w:val="nil"/>
              <w:bottom w:val="nil"/>
              <w:right w:val="nil"/>
            </w:tcBorders>
            <w:tcMar>
              <w:top w:w="30" w:type="dxa"/>
              <w:left w:w="10" w:type="dxa"/>
              <w:bottom w:w="30" w:type="dxa"/>
              <w:right w:w="10" w:type="dxa"/>
            </w:tcMar>
            <w:vAlign w:val="center"/>
          </w:tcPr>
          <w:p w14:paraId="7837E0D4" w14:textId="77777777" w:rsidR="008A0BF7" w:rsidRDefault="00D00288">
            <w:pPr>
              <w:spacing w:after="0"/>
              <w:jc w:val="center"/>
            </w:pPr>
            <w:r>
              <w:rPr>
                <w:noProof/>
              </w:rPr>
              <w:drawing>
                <wp:inline distT="0" distB="0" distL="0" distR="0" wp14:anchorId="55106DA2" wp14:editId="724AB292">
                  <wp:extent cx="1234440" cy="1337570"/>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234440" cy="1337570"/>
                          </a:xfrm>
                          <a:prstGeom prst="rect">
                            <a:avLst/>
                          </a:prstGeom>
                        </pic:spPr>
                      </pic:pic>
                    </a:graphicData>
                  </a:graphic>
                </wp:inline>
              </w:drawing>
            </w:r>
          </w:p>
          <w:p w14:paraId="12B91D34" w14:textId="77777777" w:rsidR="008A0BF7" w:rsidRDefault="00D00288">
            <w:pPr>
              <w:spacing w:after="0"/>
              <w:jc w:val="center"/>
            </w:pPr>
            <w:r>
              <w:rPr>
                <w:rFonts w:ascii="Arial" w:hAnsi="Arial"/>
                <w:b/>
                <w:color w:val="3E2B8F"/>
                <w:sz w:val="17"/>
              </w:rPr>
              <w:t>POLICY DOCUMENT</w:t>
            </w:r>
          </w:p>
        </w:tc>
      </w:tr>
    </w:tbl>
    <w:p w14:paraId="7F06DB8A" w14:textId="77777777" w:rsidR="008A0BF7" w:rsidRDefault="008A0BF7">
      <w:pPr>
        <w:pBdr>
          <w:bottom w:val="single" w:sz="24" w:space="3" w:color="F3C300"/>
        </w:pBdr>
        <w:spacing w:before="80" w:after="340"/>
      </w:pPr>
    </w:p>
    <w:p w14:paraId="45212FFF" w14:textId="77777777" w:rsidR="008A0BF7" w:rsidRDefault="00D00288">
      <w:pPr>
        <w:spacing w:after="80"/>
        <w:jc w:val="center"/>
      </w:pPr>
      <w:r>
        <w:rPr>
          <w:rFonts w:ascii="Comfortaa" w:eastAsia="Comfortaa" w:hAnsi="Comfortaa"/>
          <w:b/>
          <w:caps/>
          <w:color w:val="3E2B8F"/>
          <w:sz w:val="56"/>
        </w:rPr>
        <w:t>ONLINE SAFETY POLICY</w:t>
      </w:r>
    </w:p>
    <w:p w14:paraId="253B3503" w14:textId="77777777" w:rsidR="008A0BF7" w:rsidRDefault="00D00288">
      <w:pPr>
        <w:spacing w:after="340"/>
        <w:jc w:val="center"/>
      </w:pPr>
      <w:r>
        <w:rPr>
          <w:rFonts w:ascii="Inter" w:eastAsia="Inter" w:hAnsi="Inter"/>
          <w:color w:val="25324A"/>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jc w:val="center"/>
        </w:trPr>
        <w:tc>
          <w:tcPr>
            <w:tcW w:w="3389" w:type="dxa"/>
            <w:tcBorders>
              <w:top w:val="nil"/>
              <w:left w:val="nil"/>
              <w:bottom w:val="nil"/>
              <w:right w:val="nil"/>
            </w:tcBorders>
            <w:shd w:val="clear" w:color="auto" w:fill="3E2B8F"/>
            <w:tcMar>
              <w:top w:w="0" w:type="dxa"/>
              <w:left w:w="0" w:type="dxa"/>
              <w:bottom w:w="0" w:type="dxa"/>
              <w:right w:w="0" w:type="dxa"/>
            </w:tcMar>
          </w:tcPr>
          <w:p w14:paraId="6B6D72BA" w14:textId="77777777" w:rsidR="008A0BF7" w:rsidRDefault="00D00288">
            <w:pPr>
              <w:spacing w:after="0"/>
            </w:pPr>
            <w:r>
              <w:rPr>
                <w:rFonts w:ascii="Inter" w:eastAsia="Inter" w:hAnsi="Inter"/>
                <w:sz w:val="4"/>
              </w:rPr>
              <w:t xml:space="preserve"> </w:t>
            </w:r>
          </w:p>
        </w:tc>
        <w:tc>
          <w:tcPr>
            <w:tcW w:w="3389" w:type="dxa"/>
            <w:tcBorders>
              <w:top w:val="nil"/>
              <w:left w:val="nil"/>
              <w:bottom w:val="nil"/>
              <w:right w:val="nil"/>
            </w:tcBorders>
            <w:shd w:val="clear" w:color="auto" w:fill="F3C300"/>
            <w:tcMar>
              <w:top w:w="0" w:type="dxa"/>
              <w:left w:w="0" w:type="dxa"/>
              <w:bottom w:w="0" w:type="dxa"/>
              <w:right w:w="0" w:type="dxa"/>
            </w:tcMar>
          </w:tcPr>
          <w:p w14:paraId="60D74414" w14:textId="77777777" w:rsidR="008A0BF7" w:rsidRDefault="00D00288">
            <w:pPr>
              <w:spacing w:after="0"/>
            </w:pPr>
            <w:r>
              <w:rPr>
                <w:rFonts w:ascii="Inter" w:eastAsia="Inter" w:hAnsi="Inter"/>
                <w:sz w:val="4"/>
              </w:rPr>
              <w:t xml:space="preserve"> </w:t>
            </w:r>
          </w:p>
        </w:tc>
        <w:tc>
          <w:tcPr>
            <w:tcW w:w="3389" w:type="dxa"/>
            <w:tcBorders>
              <w:top w:val="nil"/>
              <w:left w:val="nil"/>
              <w:bottom w:val="nil"/>
              <w:right w:val="nil"/>
            </w:tcBorders>
            <w:shd w:val="clear" w:color="auto" w:fill="3E2B8F"/>
            <w:tcMar>
              <w:top w:w="0" w:type="dxa"/>
              <w:left w:w="0" w:type="dxa"/>
              <w:bottom w:w="0" w:type="dxa"/>
              <w:right w:w="0" w:type="dxa"/>
            </w:tcMar>
          </w:tcPr>
          <w:p w14:paraId="3D5B8C81" w14:textId="77777777" w:rsidR="008A0BF7" w:rsidRDefault="00D00288">
            <w:pPr>
              <w:spacing w:after="0"/>
            </w:pPr>
            <w:r>
              <w:rPr>
                <w:rFonts w:ascii="Inter" w:eastAsia="Inter" w:hAnsi="Inter"/>
                <w:sz w:val="4"/>
              </w:rPr>
              <w:t xml:space="preserve"> </w:t>
            </w:r>
          </w:p>
        </w:tc>
      </w:tr>
    </w:tbl>
    <w:p w14:paraId="75D4F6F2" w14:textId="77777777" w:rsidR="008A0BF7" w:rsidRDefault="008A0BF7">
      <w:pPr>
        <w:spacing w:after="180"/>
      </w:pPr>
    </w:p>
    <w:p w14:paraId="06129396" w14:textId="77777777" w:rsidR="008A0BF7" w:rsidRDefault="00D00288">
      <w:pPr>
        <w:pBdr>
          <w:bottom w:val="single" w:sz="8" w:space="3" w:color="3E2B8F"/>
        </w:pBdr>
        <w:spacing w:after="140"/>
      </w:pPr>
      <w:r>
        <w:rPr>
          <w:rFonts w:ascii="Inter" w:eastAsia="Inter" w:hAnsi="Inter"/>
          <w:b/>
          <w:caps/>
          <w:color w:val="25324A"/>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11B483BD" w14:textId="77777777" w:rsidR="008A0BF7" w:rsidRDefault="00D00288">
            <w:pPr>
              <w:spacing w:after="0"/>
            </w:pPr>
            <w:r>
              <w:rPr>
                <w:b/>
                <w:color w:val="25324A"/>
                <w:sz w:val="19"/>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52E9D82" w14:textId="77777777" w:rsidR="008A0BF7" w:rsidRDefault="00D00288">
            <w:pPr>
              <w:spacing w:after="0"/>
            </w:pPr>
            <w:r>
              <w:rPr>
                <w:color w:val="5F6673"/>
                <w:sz w:val="19"/>
              </w:rPr>
              <w:t>Phil Molyneux (Headteacher / Online Safety Lead)</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34EDD5CF" w14:textId="77777777" w:rsidR="008A0BF7" w:rsidRDefault="00D00288">
            <w:pPr>
              <w:spacing w:after="0"/>
            </w:pPr>
            <w:r>
              <w:rPr>
                <w:b/>
                <w:color w:val="25324A"/>
                <w:sz w:val="19"/>
              </w:rPr>
              <w:t>Approved by</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23303673" w14:textId="77777777" w:rsidR="008A0BF7" w:rsidRDefault="00D00288">
            <w:pPr>
              <w:spacing w:after="0"/>
            </w:pPr>
            <w:r>
              <w:rPr>
                <w:color w:val="5F6673"/>
                <w:sz w:val="19"/>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6C3F44B8" w14:textId="77777777" w:rsidR="008A0BF7" w:rsidRDefault="00D00288">
            <w:pPr>
              <w:spacing w:after="0"/>
            </w:pPr>
            <w:r>
              <w:rPr>
                <w:b/>
                <w:color w:val="25324A"/>
                <w:sz w:val="19"/>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23C31D7" w14:textId="77777777" w:rsidR="008A0BF7" w:rsidRDefault="00D00288">
            <w:r>
              <w:rPr>
                <w:color w:val="5F6673"/>
                <w:sz w:val="19"/>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3DB9223D" w14:textId="77777777" w:rsidR="008A0BF7" w:rsidRDefault="00D00288">
            <w:pPr>
              <w:spacing w:after="0"/>
            </w:pPr>
            <w:r>
              <w:rPr>
                <w:b/>
                <w:color w:val="25324A"/>
                <w:sz w:val="19"/>
              </w:rPr>
              <w:t>Next review 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02635575" w14:textId="77777777" w:rsidR="008A0BF7" w:rsidRDefault="00D00288">
            <w:r>
              <w:rPr>
                <w:color w:val="5F6673"/>
                <w:sz w:val="19"/>
              </w:rP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10729499" w14:textId="77777777" w:rsidR="008A0BF7" w:rsidRDefault="00D00288">
            <w:pPr>
              <w:spacing w:after="0"/>
            </w:pPr>
            <w:r>
              <w:rPr>
                <w:b/>
                <w:color w:val="25324A"/>
                <w:sz w:val="19"/>
              </w:rPr>
              <w:t>Review cycle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16BB63B6" w14:textId="77777777" w:rsidR="008A0BF7" w:rsidRDefault="00D00288">
            <w:pPr>
              <w:spacing w:after="0"/>
            </w:pPr>
            <w:r>
              <w:rPr>
                <w:color w:val="5F6673"/>
                <w:sz w:val="19"/>
              </w:rPr>
              <w:t>Annual</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78D0869E" w14:textId="77777777" w:rsidR="008A0BF7" w:rsidRDefault="00D00288">
            <w:pPr>
              <w:spacing w:after="0"/>
            </w:pPr>
            <w:r>
              <w:rPr>
                <w:b/>
                <w:color w:val="25324A"/>
                <w:sz w:val="19"/>
              </w:rPr>
              <w:t>Version</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72C9493E" w14:textId="77777777" w:rsidR="008A0BF7" w:rsidRDefault="00D00288">
            <w:pPr>
              <w:spacing w:after="0"/>
            </w:pPr>
            <w:r>
              <w:rPr>
                <w:color w:val="5F6673"/>
                <w:sz w:val="19"/>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6F169364" w14:textId="77777777" w:rsidR="008A0BF7" w:rsidRDefault="00D00288">
            <w:pPr>
              <w:spacing w:after="0"/>
            </w:pPr>
            <w:r>
              <w:rPr>
                <w:b/>
                <w:color w:val="25324A"/>
                <w:sz w:val="19"/>
              </w:rPr>
              <w:t>Policy status</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0214795" w14:textId="77777777" w:rsidR="008A0BF7" w:rsidRDefault="00D00288">
            <w:pPr>
              <w:spacing w:after="0"/>
            </w:pPr>
            <w:r>
              <w:rPr>
                <w:color w:val="5F6673"/>
                <w:sz w:val="19"/>
              </w:rPr>
              <w:t>Recommended – supports statutory safeguarding duties</w:t>
            </w:r>
          </w:p>
        </w:tc>
      </w:tr>
    </w:tbl>
    <w:p w14:paraId="246C912E" w14:textId="77777777" w:rsidR="008A0BF7" w:rsidRDefault="008A0BF7">
      <w:pPr>
        <w:spacing w:after="120"/>
      </w:pPr>
    </w:p>
    <w:p w14:paraId="740A6567" w14:textId="77777777" w:rsidR="008A0BF7" w:rsidRDefault="00D00288">
      <w:pPr>
        <w:spacing w:after="80"/>
      </w:pPr>
      <w:r>
        <w:rPr>
          <w:rFonts w:ascii="Inter" w:eastAsia="Inter" w:hAnsi="Inter"/>
          <w:b/>
          <w:color w:val="25324A"/>
          <w:sz w:val="19"/>
        </w:rPr>
        <w:t xml:space="preserve">This policy applies to: </w:t>
      </w:r>
      <w:r>
        <w:rPr>
          <w:rFonts w:ascii="Inter" w:eastAsia="Inter" w:hAnsi="Inter"/>
          <w:color w:val="6B7280"/>
          <w:sz w:val="19"/>
        </w:rPr>
        <w:t>Whole school community and anyone using school devices, systems, networks or online services</w:t>
      </w:r>
    </w:p>
    <w:p w14:paraId="4DE11C80" w14:textId="77777777" w:rsidR="008A0BF7" w:rsidRDefault="00D00288">
      <w:pPr>
        <w:spacing w:after="0"/>
      </w:pPr>
      <w:r>
        <w:rPr>
          <w:rFonts w:ascii="Inter" w:eastAsia="Inter" w:hAnsi="Inter"/>
          <w:b/>
          <w:color w:val="25324A"/>
          <w:sz w:val="19"/>
        </w:rPr>
        <w:t xml:space="preserve">Related documents: </w:t>
      </w:r>
      <w:r>
        <w:rPr>
          <w:rFonts w:ascii="Inter" w:eastAsia="Inter" w:hAnsi="Inter"/>
          <w:color w:val="6B7280"/>
          <w:sz w:val="19"/>
        </w:rPr>
        <w:t>Child Protection and Safeguarding Policy; Behaviour Policy; Anti-Bullying Policy; Staff Code of Conduct; Data Protection Policy; Acceptable Use Agreements</w:t>
      </w:r>
    </w:p>
    <w:p w14:paraId="500F2C8C" w14:textId="77777777" w:rsidR="008A0BF7" w:rsidRDefault="00D00288">
      <w:r>
        <w:br/>
      </w:r>
      <w:r>
        <w:br w:type="page"/>
      </w:r>
    </w:p>
    <w:p w14:paraId="712CCCB9" w14:textId="77777777" w:rsidR="008A0BF7" w:rsidRDefault="00D00288">
      <w:pPr>
        <w:pStyle w:val="Heading1"/>
        <w:pBdr>
          <w:bottom w:val="single" w:sz="4" w:space="3" w:color="3E2B8F"/>
        </w:pBdr>
      </w:pPr>
      <w:r>
        <w:lastRenderedPageBreak/>
        <w:t>Introduction</w:t>
      </w:r>
    </w:p>
    <w:p w14:paraId="5EB6DB8D" w14:textId="77777777" w:rsidR="008A0BF7" w:rsidRDefault="00D00288">
      <w:r>
        <w:t>At Manuden Primary School, our approach to online safety reflects our vision:</w:t>
      </w:r>
    </w:p>
    <w:p w14:paraId="2811A44A" w14:textId="77777777" w:rsidR="008A0BF7" w:rsidRDefault="00D00288">
      <w:pPr>
        <w:pStyle w:val="ManudenProcess"/>
        <w:jc w:val="center"/>
      </w:pPr>
      <w:r>
        <w:t>“A small school with big ideas... Growing hearts, Growing minds, Growing dreams.”</w:t>
      </w:r>
    </w:p>
    <w:p w14:paraId="47D86C38" w14:textId="77777777" w:rsidR="008A0BF7" w:rsidRDefault="00D00288">
      <w:r>
        <w:t xml:space="preserve">Digital technology provides valuable </w:t>
      </w:r>
      <w:r>
        <w:t>opportunities for pupils to learn, communicate, create and prepare for life in an increasingly digital world.</w:t>
      </w:r>
    </w:p>
    <w:p w14:paraId="54BC892B" w14:textId="77777777" w:rsidR="008A0BF7" w:rsidRDefault="00D00288">
      <w:r>
        <w:t>It also presents risks.</w:t>
      </w:r>
    </w:p>
    <w:p w14:paraId="5FE714E1" w14:textId="77777777" w:rsidR="008A0BF7" w:rsidRDefault="00D00288">
      <w:r>
        <w:t>Online safety is therefore an essential part of safeguarding at Manuden Primary School. It is not taught only as an isolated computing topic; it is a continuing theme across safeguarding, behaviour, curriculum, staff training, filtering and monitoring, relationships education and our work with families.</w:t>
      </w:r>
    </w:p>
    <w:p w14:paraId="3F18E8E9" w14:textId="77777777" w:rsidR="008A0BF7" w:rsidRDefault="00D00288">
      <w:r>
        <w:t>We aim to ensure that pupils are able to use technology confidently, critically, responsibly and safely.</w:t>
      </w:r>
    </w:p>
    <w:p w14:paraId="39ABFF12" w14:textId="77777777" w:rsidR="008A0BF7" w:rsidRDefault="00D00288">
      <w:r>
        <w:t>This policy applies to:</w:t>
      </w:r>
    </w:p>
    <w:p w14:paraId="166539DF" w14:textId="77777777" w:rsidR="008A0BF7" w:rsidRDefault="00D00288">
      <w:pPr>
        <w:pStyle w:val="ListBullet"/>
      </w:pPr>
      <w:r>
        <w:t>pupils;</w:t>
      </w:r>
    </w:p>
    <w:p w14:paraId="4469DBCE" w14:textId="77777777" w:rsidR="008A0BF7" w:rsidRDefault="00D00288">
      <w:pPr>
        <w:pStyle w:val="ListBullet"/>
      </w:pPr>
      <w:r>
        <w:t>staff;</w:t>
      </w:r>
    </w:p>
    <w:p w14:paraId="2C2245BA" w14:textId="77777777" w:rsidR="008A0BF7" w:rsidRDefault="00D00288">
      <w:pPr>
        <w:pStyle w:val="ListBullet"/>
      </w:pPr>
      <w:r>
        <w:t>governors;</w:t>
      </w:r>
    </w:p>
    <w:p w14:paraId="39D9CCE2" w14:textId="77777777" w:rsidR="008A0BF7" w:rsidRDefault="00D00288">
      <w:pPr>
        <w:pStyle w:val="ListBullet"/>
      </w:pPr>
      <w:r>
        <w:t>volunteers;</w:t>
      </w:r>
    </w:p>
    <w:p w14:paraId="7395CB8C" w14:textId="77777777" w:rsidR="008A0BF7" w:rsidRDefault="00D00288">
      <w:pPr>
        <w:pStyle w:val="ListBullet"/>
      </w:pPr>
      <w:r>
        <w:t>supply and temporary staff;</w:t>
      </w:r>
    </w:p>
    <w:p w14:paraId="54AEA4B5" w14:textId="77777777" w:rsidR="008A0BF7" w:rsidRDefault="00D00288">
      <w:pPr>
        <w:pStyle w:val="ListBullet"/>
      </w:pPr>
      <w:r>
        <w:t>contractors and visitors;</w:t>
      </w:r>
    </w:p>
    <w:p w14:paraId="4AF18E7E" w14:textId="77777777" w:rsidR="008A0BF7" w:rsidRDefault="00D00288">
      <w:pPr>
        <w:pStyle w:val="ListBullet"/>
      </w:pPr>
      <w:r>
        <w:t>anyone using school devices, systems, networks or online services.</w:t>
      </w:r>
    </w:p>
    <w:p w14:paraId="2FF45057" w14:textId="77777777" w:rsidR="008A0BF7" w:rsidRDefault="00D00288">
      <w:r>
        <w:t xml:space="preserve">It applies to school-owned </w:t>
      </w:r>
      <w:r>
        <w:t>technology both on and off the school premises and, where appropriate, to online behaviour outside school that has an impact on pupils, staff or the school community.</w:t>
      </w:r>
    </w:p>
    <w:p w14:paraId="4ABAE7E8" w14:textId="77777777" w:rsidR="008A0BF7" w:rsidRDefault="00D00288">
      <w:pPr>
        <w:pStyle w:val="Heading1"/>
        <w:pBdr>
          <w:bottom w:val="single" w:sz="4" w:space="3" w:color="3E2B8F"/>
        </w:pBdr>
      </w:pPr>
      <w:r>
        <w:t>Legal Framework and Guidance</w:t>
      </w:r>
    </w:p>
    <w:p w14:paraId="7F5F8200" w14:textId="77777777" w:rsidR="008A0BF7" w:rsidRDefault="00D00288">
      <w:r>
        <w:t>This policy has regard to current statutory guidance and national standards, including:</w:t>
      </w:r>
    </w:p>
    <w:p w14:paraId="0E0B2839" w14:textId="77777777" w:rsidR="008A0BF7" w:rsidRDefault="00D00288">
      <w:pPr>
        <w:pStyle w:val="ListBullet"/>
      </w:pPr>
      <w:r>
        <w:t>Keeping Children Safe in Education 2026;</w:t>
      </w:r>
    </w:p>
    <w:p w14:paraId="5D12CDAD" w14:textId="77777777" w:rsidR="008A0BF7" w:rsidRDefault="00D00288">
      <w:pPr>
        <w:pStyle w:val="ListBullet"/>
      </w:pPr>
      <w:r>
        <w:t>DfE Filtering and Monitoring: Core Standard, updated August 2026;</w:t>
      </w:r>
    </w:p>
    <w:p w14:paraId="35693DD0" w14:textId="77777777" w:rsidR="008A0BF7" w:rsidRDefault="00D00288">
      <w:pPr>
        <w:pStyle w:val="ListBullet"/>
      </w:pPr>
      <w:r>
        <w:t>DfE Mobile Phones in Schools statutory guidance, applicable from September 2026;</w:t>
      </w:r>
    </w:p>
    <w:p w14:paraId="217537D8" w14:textId="77777777" w:rsidR="008A0BF7" w:rsidRDefault="00D00288">
      <w:pPr>
        <w:pStyle w:val="ListBullet"/>
      </w:pPr>
      <w:r>
        <w:t>DfE Teaching Online Safety in Schools guidance;</w:t>
      </w:r>
    </w:p>
    <w:p w14:paraId="28EC26CC" w14:textId="77777777" w:rsidR="008A0BF7" w:rsidRDefault="00D00288">
      <w:pPr>
        <w:pStyle w:val="ListBullet"/>
      </w:pPr>
      <w:r>
        <w:t>DfE Generative Artificial Intelligence in Education guidance and Generative AI Product Safety Standards;</w:t>
      </w:r>
    </w:p>
    <w:p w14:paraId="069924F9" w14:textId="77777777" w:rsidR="008A0BF7" w:rsidRDefault="00D00288">
      <w:pPr>
        <w:pStyle w:val="ListBullet"/>
      </w:pPr>
      <w:r>
        <w:t>DfE Data Protection in Schools guidance;</w:t>
      </w:r>
    </w:p>
    <w:p w14:paraId="3C2C1529" w14:textId="77777777" w:rsidR="008A0BF7" w:rsidRDefault="00D00288">
      <w:pPr>
        <w:pStyle w:val="ListBullet"/>
      </w:pPr>
      <w:r>
        <w:t>the Prevent duty guidance and relevant cyber-security standards.</w:t>
      </w:r>
    </w:p>
    <w:p w14:paraId="0234A249" w14:textId="77777777" w:rsidR="008A0BF7" w:rsidRDefault="00D00288">
      <w:r>
        <w:t>Online safety is embedded within the school’s wider safeguarding arrangements and should be read alongside the Child Protection and Safeguarding Policy.</w:t>
      </w:r>
    </w:p>
    <w:p w14:paraId="38427C93" w14:textId="77777777" w:rsidR="008A0BF7" w:rsidRDefault="00D00288">
      <w:pPr>
        <w:pStyle w:val="Heading1"/>
        <w:pBdr>
          <w:bottom w:val="single" w:sz="4" w:space="3" w:color="3E2B8F"/>
        </w:pBdr>
      </w:pPr>
      <w:r>
        <w:t>Our Online Safety Principles</w:t>
      </w:r>
    </w:p>
    <w:p w14:paraId="69B1D3C4" w14:textId="77777777" w:rsidR="008A0BF7" w:rsidRDefault="00D00288">
      <w:r>
        <w:t>Online safety at Manuden Primary School is based on five principles.</w:t>
      </w:r>
    </w:p>
    <w:p w14:paraId="6615F82B" w14:textId="77777777" w:rsidR="008A0BF7" w:rsidRDefault="00D00288">
      <w:pPr>
        <w:pStyle w:val="Heading2"/>
      </w:pPr>
      <w:r>
        <w:t>Safeguarding comes first</w:t>
      </w:r>
    </w:p>
    <w:p w14:paraId="73DE6E06" w14:textId="77777777" w:rsidR="008A0BF7" w:rsidRDefault="00D00288">
      <w:r>
        <w:t xml:space="preserve">Online </w:t>
      </w:r>
      <w:r>
        <w:t>concerns may constitute safeguarding concerns and must be treated accordingly.</w:t>
      </w:r>
    </w:p>
    <w:p w14:paraId="372FC54E" w14:textId="77777777" w:rsidR="008A0BF7" w:rsidRDefault="00D00288">
      <w:pPr>
        <w:pStyle w:val="Heading2"/>
      </w:pPr>
      <w:r>
        <w:t>Technology should enhance learning</w:t>
      </w:r>
    </w:p>
    <w:p w14:paraId="3EB1152E" w14:textId="77777777" w:rsidR="008A0BF7" w:rsidRDefault="00D00288">
      <w:r>
        <w:t>Filtering and monitoring should protect pupils without unnecessarily preventing appropriate teaching and learning.</w:t>
      </w:r>
    </w:p>
    <w:p w14:paraId="2A86695E" w14:textId="77777777" w:rsidR="008A0BF7" w:rsidRDefault="00D00288">
      <w:pPr>
        <w:pStyle w:val="Heading2"/>
      </w:pPr>
      <w:r>
        <w:lastRenderedPageBreak/>
        <w:t>Pupils need education as well as protection</w:t>
      </w:r>
    </w:p>
    <w:p w14:paraId="018504F5" w14:textId="77777777" w:rsidR="008A0BF7" w:rsidRDefault="00D00288">
      <w:r>
        <w:t>Technical safeguards alone cannot keep children safe. Pupils need the knowledge, judgement and confidence to recognise risk and seek help.</w:t>
      </w:r>
    </w:p>
    <w:p w14:paraId="671BDB41" w14:textId="77777777" w:rsidR="008A0BF7" w:rsidRDefault="00D00288">
      <w:pPr>
        <w:pStyle w:val="Heading2"/>
      </w:pPr>
      <w:r>
        <w:t>Adults model safe and responsible use</w:t>
      </w:r>
    </w:p>
    <w:p w14:paraId="32B74BEB" w14:textId="77777777" w:rsidR="008A0BF7" w:rsidRDefault="00D00288">
      <w:r>
        <w:t>Staff, governors, visitors and parents have an important role in modelling responsible digital behaviour.</w:t>
      </w:r>
    </w:p>
    <w:p w14:paraId="3CE84C9D" w14:textId="77777777" w:rsidR="008A0BF7" w:rsidRDefault="00D00288">
      <w:pPr>
        <w:pStyle w:val="Heading2"/>
      </w:pPr>
      <w:r>
        <w:t>Online safety is everyone’s responsibility</w:t>
      </w:r>
    </w:p>
    <w:p w14:paraId="36CFFF7F" w14:textId="77777777" w:rsidR="008A0BF7" w:rsidRDefault="00D00288">
      <w:r>
        <w:t>All members of staff must understand their role in identifying, reporting and responding to online-safety concerns.</w:t>
      </w:r>
    </w:p>
    <w:p w14:paraId="64898A85" w14:textId="77777777" w:rsidR="008A0BF7" w:rsidRDefault="00D00288">
      <w:pPr>
        <w:pStyle w:val="Heading1"/>
        <w:pBdr>
          <w:bottom w:val="single" w:sz="4" w:space="3" w:color="3E2B8F"/>
        </w:pBdr>
      </w:pPr>
      <w:r>
        <w:t>Understanding Online Risk: The Four C’s</w:t>
      </w:r>
    </w:p>
    <w:p w14:paraId="0B93F2ED" w14:textId="77777777" w:rsidR="008A0BF7" w:rsidRDefault="00D00288">
      <w:r>
        <w:t>We recognise four broad areas of online risk.</w:t>
      </w:r>
    </w:p>
    <w:p w14:paraId="45DB2312" w14:textId="77777777" w:rsidR="008A0BF7" w:rsidRDefault="00D00288">
      <w:pPr>
        <w:pStyle w:val="Heading2"/>
      </w:pPr>
      <w:r>
        <w:t>Content</w:t>
      </w:r>
    </w:p>
    <w:p w14:paraId="02DD537E" w14:textId="77777777" w:rsidR="008A0BF7" w:rsidRDefault="00D00288">
      <w:r>
        <w:t>This is what pupils may see, read or hear online.</w:t>
      </w:r>
    </w:p>
    <w:p w14:paraId="7FD8B61A" w14:textId="77777777" w:rsidR="008A0BF7" w:rsidRDefault="00D00288">
      <w:r>
        <w:t>This may include:</w:t>
      </w:r>
    </w:p>
    <w:p w14:paraId="37CEFF88" w14:textId="77777777" w:rsidR="008A0BF7" w:rsidRDefault="00D00288">
      <w:pPr>
        <w:pStyle w:val="ListBullet"/>
      </w:pPr>
      <w:r>
        <w:t>pornography or sexual content;</w:t>
      </w:r>
    </w:p>
    <w:p w14:paraId="1B2DC72C" w14:textId="77777777" w:rsidR="008A0BF7" w:rsidRDefault="00D00288">
      <w:pPr>
        <w:pStyle w:val="ListBullet"/>
      </w:pPr>
      <w:r>
        <w:t>violent or disturbing material;</w:t>
      </w:r>
    </w:p>
    <w:p w14:paraId="463E9064" w14:textId="77777777" w:rsidR="008A0BF7" w:rsidRDefault="00D00288">
      <w:pPr>
        <w:pStyle w:val="ListBullet"/>
      </w:pPr>
      <w:r>
        <w:t>racism, misogyny, antisemitism or other hateful content;</w:t>
      </w:r>
    </w:p>
    <w:p w14:paraId="69362903" w14:textId="77777777" w:rsidR="008A0BF7" w:rsidRDefault="00D00288">
      <w:pPr>
        <w:pStyle w:val="ListBullet"/>
      </w:pPr>
      <w:r>
        <w:t>self-harm or suicide content;</w:t>
      </w:r>
    </w:p>
    <w:p w14:paraId="5DD04C61" w14:textId="77777777" w:rsidR="008A0BF7" w:rsidRDefault="00D00288">
      <w:pPr>
        <w:pStyle w:val="ListBullet"/>
      </w:pPr>
      <w:r>
        <w:t>extremist or radicalising material;</w:t>
      </w:r>
    </w:p>
    <w:p w14:paraId="1B0EFB7C" w14:textId="77777777" w:rsidR="008A0BF7" w:rsidRDefault="00D00288">
      <w:pPr>
        <w:pStyle w:val="ListBullet"/>
      </w:pPr>
      <w:r>
        <w:t>misinformation and disinformation;</w:t>
      </w:r>
    </w:p>
    <w:p w14:paraId="28D27A26" w14:textId="77777777" w:rsidR="008A0BF7" w:rsidRDefault="00D00288">
      <w:pPr>
        <w:pStyle w:val="ListBullet"/>
      </w:pPr>
      <w:r>
        <w:t>conspiracy theories;</w:t>
      </w:r>
    </w:p>
    <w:p w14:paraId="2DA4BCD4" w14:textId="77777777" w:rsidR="008A0BF7" w:rsidRDefault="00D00288">
      <w:pPr>
        <w:pStyle w:val="ListBullet"/>
      </w:pPr>
      <w:r>
        <w:t>age-inappropriate content;</w:t>
      </w:r>
    </w:p>
    <w:p w14:paraId="23ECCD43" w14:textId="77777777" w:rsidR="008A0BF7" w:rsidRDefault="00D00288">
      <w:pPr>
        <w:pStyle w:val="ListBullet"/>
      </w:pPr>
      <w:r>
        <w:t>harmful or misleading AI-generated material.</w:t>
      </w:r>
    </w:p>
    <w:p w14:paraId="4E8B3850" w14:textId="77777777" w:rsidR="008A0BF7" w:rsidRDefault="00D00288">
      <w:pPr>
        <w:pStyle w:val="Heading2"/>
      </w:pPr>
      <w:r>
        <w:t>Contact</w:t>
      </w:r>
    </w:p>
    <w:p w14:paraId="4DFC3F03" w14:textId="77777777" w:rsidR="008A0BF7" w:rsidRDefault="00D00288">
      <w:r>
        <w:t>This concerns who pupils interact with online.</w:t>
      </w:r>
    </w:p>
    <w:p w14:paraId="610A29C8" w14:textId="77777777" w:rsidR="008A0BF7" w:rsidRDefault="00D00288">
      <w:r>
        <w:t>Risks may include:</w:t>
      </w:r>
    </w:p>
    <w:p w14:paraId="5DF1D9BC" w14:textId="77777777" w:rsidR="008A0BF7" w:rsidRDefault="00D00288">
      <w:pPr>
        <w:pStyle w:val="ListBullet"/>
      </w:pPr>
      <w:r>
        <w:t xml:space="preserve">adults </w:t>
      </w:r>
      <w:r>
        <w:t>posing as children;</w:t>
      </w:r>
    </w:p>
    <w:p w14:paraId="223AF9B5" w14:textId="77777777" w:rsidR="008A0BF7" w:rsidRDefault="00D00288">
      <w:pPr>
        <w:pStyle w:val="ListBullet"/>
      </w:pPr>
      <w:r>
        <w:t>grooming;</w:t>
      </w:r>
    </w:p>
    <w:p w14:paraId="4B8A6A9F" w14:textId="77777777" w:rsidR="008A0BF7" w:rsidRDefault="00D00288">
      <w:pPr>
        <w:pStyle w:val="ListBullet"/>
      </w:pPr>
      <w:r>
        <w:t>exploitation;</w:t>
      </w:r>
    </w:p>
    <w:p w14:paraId="182935BF" w14:textId="77777777" w:rsidR="008A0BF7" w:rsidRDefault="00D00288">
      <w:pPr>
        <w:pStyle w:val="ListBullet"/>
      </w:pPr>
      <w:r>
        <w:t>coercion or pressure;</w:t>
      </w:r>
    </w:p>
    <w:p w14:paraId="7FFFAE02" w14:textId="77777777" w:rsidR="008A0BF7" w:rsidRDefault="00D00288">
      <w:pPr>
        <w:pStyle w:val="ListBullet"/>
      </w:pPr>
      <w:r>
        <w:t>unwanted contact;</w:t>
      </w:r>
    </w:p>
    <w:p w14:paraId="0EC389D3" w14:textId="77777777" w:rsidR="008A0BF7" w:rsidRDefault="00D00288">
      <w:pPr>
        <w:pStyle w:val="ListBullet"/>
      </w:pPr>
      <w:r>
        <w:t>peer pressure;</w:t>
      </w:r>
    </w:p>
    <w:p w14:paraId="7E8B2A4E" w14:textId="77777777" w:rsidR="008A0BF7" w:rsidRDefault="00D00288">
      <w:pPr>
        <w:pStyle w:val="ListBullet"/>
      </w:pPr>
      <w:r>
        <w:t>harmful interactions through social media, gaming or messaging;</w:t>
      </w:r>
    </w:p>
    <w:p w14:paraId="3BE2FD8E" w14:textId="77777777" w:rsidR="008A0BF7" w:rsidRDefault="00D00288">
      <w:pPr>
        <w:pStyle w:val="ListBullet"/>
      </w:pPr>
      <w:r>
        <w:t>AI systems or applications that simulate relationships or interaction;</w:t>
      </w:r>
    </w:p>
    <w:p w14:paraId="0E25F6F2" w14:textId="77777777" w:rsidR="008A0BF7" w:rsidRDefault="00D00288">
      <w:pPr>
        <w:pStyle w:val="ListBullet"/>
      </w:pPr>
      <w:r>
        <w:t xml:space="preserve">financial or </w:t>
      </w:r>
      <w:r>
        <w:t>criminal exploitation.</w:t>
      </w:r>
    </w:p>
    <w:p w14:paraId="617F6AE4" w14:textId="77777777" w:rsidR="008A0BF7" w:rsidRDefault="00D00288">
      <w:pPr>
        <w:pStyle w:val="Heading2"/>
      </w:pPr>
      <w:r>
        <w:t>Conduct</w:t>
      </w:r>
    </w:p>
    <w:p w14:paraId="7034A9E1" w14:textId="77777777" w:rsidR="008A0BF7" w:rsidRDefault="00D00288">
      <w:r>
        <w:t>This concerns how pupils behave online and how the behaviour of others may affect them.</w:t>
      </w:r>
    </w:p>
    <w:p w14:paraId="2F662303" w14:textId="77777777" w:rsidR="008A0BF7" w:rsidRDefault="00D00288">
      <w:r>
        <w:t>Risks may include:</w:t>
      </w:r>
    </w:p>
    <w:p w14:paraId="7C59F0BE" w14:textId="77777777" w:rsidR="008A0BF7" w:rsidRDefault="00D00288">
      <w:pPr>
        <w:pStyle w:val="ListBullet"/>
      </w:pPr>
      <w:r>
        <w:t>online bullying;</w:t>
      </w:r>
    </w:p>
    <w:p w14:paraId="2175B43E" w14:textId="77777777" w:rsidR="008A0BF7" w:rsidRDefault="00D00288">
      <w:pPr>
        <w:pStyle w:val="ListBullet"/>
      </w:pPr>
      <w:r>
        <w:t>harassment;</w:t>
      </w:r>
    </w:p>
    <w:p w14:paraId="3B9074E2" w14:textId="77777777" w:rsidR="008A0BF7" w:rsidRDefault="00D00288">
      <w:pPr>
        <w:pStyle w:val="ListBullet"/>
      </w:pPr>
      <w:r>
        <w:t>abusive or discriminatory communication;</w:t>
      </w:r>
    </w:p>
    <w:p w14:paraId="2FE0CB15" w14:textId="77777777" w:rsidR="008A0BF7" w:rsidRDefault="00D00288">
      <w:pPr>
        <w:pStyle w:val="ListBullet"/>
      </w:pPr>
      <w:r>
        <w:lastRenderedPageBreak/>
        <w:t>taking or sharing images without permission;</w:t>
      </w:r>
    </w:p>
    <w:p w14:paraId="5DDBBB52" w14:textId="77777777" w:rsidR="008A0BF7" w:rsidRDefault="00D00288">
      <w:pPr>
        <w:pStyle w:val="ListBullet"/>
      </w:pPr>
      <w:r>
        <w:t>making, requesting, sending or sharing nude or semi-nude images;</w:t>
      </w:r>
    </w:p>
    <w:p w14:paraId="51AE18B2" w14:textId="77777777" w:rsidR="008A0BF7" w:rsidRDefault="00D00288">
      <w:pPr>
        <w:pStyle w:val="ListBullet"/>
      </w:pPr>
      <w:r>
        <w:t>AI-generated or digitally altered sexual images, including deepfakes;</w:t>
      </w:r>
    </w:p>
    <w:p w14:paraId="1EF651B0" w14:textId="77777777" w:rsidR="008A0BF7" w:rsidRDefault="00D00288">
      <w:pPr>
        <w:pStyle w:val="ListBullet"/>
      </w:pPr>
      <w:r>
        <w:t>impersonating another person;</w:t>
      </w:r>
    </w:p>
    <w:p w14:paraId="6AA88B6D" w14:textId="77777777" w:rsidR="008A0BF7" w:rsidRDefault="00D00288">
      <w:pPr>
        <w:pStyle w:val="ListBullet"/>
      </w:pPr>
      <w:r>
        <w:t>deliberately spreading harmful or false information;</w:t>
      </w:r>
    </w:p>
    <w:p w14:paraId="5EF9C12B" w14:textId="77777777" w:rsidR="008A0BF7" w:rsidRDefault="00D00288">
      <w:pPr>
        <w:pStyle w:val="ListBullet"/>
      </w:pPr>
      <w:r>
        <w:t>damaging another person’s online reputation.</w:t>
      </w:r>
    </w:p>
    <w:p w14:paraId="2E747007" w14:textId="77777777" w:rsidR="008A0BF7" w:rsidRDefault="00D00288">
      <w:pPr>
        <w:pStyle w:val="Heading2"/>
      </w:pPr>
      <w:r>
        <w:t>Commerce</w:t>
      </w:r>
    </w:p>
    <w:p w14:paraId="43FA9B7A" w14:textId="77777777" w:rsidR="008A0BF7" w:rsidRDefault="00D00288">
      <w:r>
        <w:t>This concerns financial and commercial risks.</w:t>
      </w:r>
    </w:p>
    <w:p w14:paraId="002B767C" w14:textId="77777777" w:rsidR="008A0BF7" w:rsidRDefault="00D00288">
      <w:r>
        <w:t>These may include:</w:t>
      </w:r>
    </w:p>
    <w:p w14:paraId="1E6D1A63" w14:textId="77777777" w:rsidR="008A0BF7" w:rsidRDefault="00D00288">
      <w:pPr>
        <w:pStyle w:val="ListBullet"/>
      </w:pPr>
      <w:r>
        <w:t>scams;</w:t>
      </w:r>
    </w:p>
    <w:p w14:paraId="5A9A094D" w14:textId="77777777" w:rsidR="008A0BF7" w:rsidRDefault="00D00288">
      <w:pPr>
        <w:pStyle w:val="ListBullet"/>
      </w:pPr>
      <w:r>
        <w:t>phishing;</w:t>
      </w:r>
    </w:p>
    <w:p w14:paraId="6263C62F" w14:textId="77777777" w:rsidR="008A0BF7" w:rsidRDefault="00D00288">
      <w:pPr>
        <w:pStyle w:val="ListBullet"/>
      </w:pPr>
      <w:r>
        <w:t>online gambling;</w:t>
      </w:r>
    </w:p>
    <w:p w14:paraId="28B6D28A" w14:textId="77777777" w:rsidR="008A0BF7" w:rsidRDefault="00D00288">
      <w:pPr>
        <w:pStyle w:val="ListBullet"/>
      </w:pPr>
      <w:r>
        <w:t>in-game purchases;</w:t>
      </w:r>
    </w:p>
    <w:p w14:paraId="08B7CD54" w14:textId="77777777" w:rsidR="008A0BF7" w:rsidRDefault="00D00288">
      <w:pPr>
        <w:pStyle w:val="ListBullet"/>
      </w:pPr>
      <w:r>
        <w:t>inappropriate advertising;</w:t>
      </w:r>
    </w:p>
    <w:p w14:paraId="0E4CD727" w14:textId="77777777" w:rsidR="008A0BF7" w:rsidRDefault="00D00288">
      <w:pPr>
        <w:pStyle w:val="ListBullet"/>
      </w:pPr>
      <w:r>
        <w:t>manipulative design;</w:t>
      </w:r>
    </w:p>
    <w:p w14:paraId="34E69928" w14:textId="77777777" w:rsidR="008A0BF7" w:rsidRDefault="00D00288">
      <w:pPr>
        <w:pStyle w:val="ListBullet"/>
      </w:pPr>
      <w:r>
        <w:t>pressure to spend money;</w:t>
      </w:r>
    </w:p>
    <w:p w14:paraId="0D8E70E5" w14:textId="77777777" w:rsidR="008A0BF7" w:rsidRDefault="00D00288">
      <w:pPr>
        <w:pStyle w:val="ListBullet"/>
      </w:pPr>
      <w:r>
        <w:t>identity or financial theft.</w:t>
      </w:r>
    </w:p>
    <w:p w14:paraId="2C8DC11B" w14:textId="77777777" w:rsidR="008A0BF7" w:rsidRDefault="00D00288">
      <w:r>
        <w:t xml:space="preserve">Pupils will be </w:t>
      </w:r>
      <w:r>
        <w:t>taught about these risks in an age-appropriate way.</w:t>
      </w:r>
    </w:p>
    <w:p w14:paraId="55360053" w14:textId="77777777" w:rsidR="008A0BF7" w:rsidRDefault="00D00288">
      <w:pPr>
        <w:pStyle w:val="Heading1"/>
        <w:pBdr>
          <w:bottom w:val="single" w:sz="4" w:space="3" w:color="3E2B8F"/>
        </w:pBdr>
      </w:pPr>
      <w:r>
        <w:t>Roles and Responsibilities</w:t>
      </w:r>
    </w:p>
    <w:p w14:paraId="13B74FFD" w14:textId="77777777" w:rsidR="008A0BF7" w:rsidRDefault="00D00288">
      <w:pPr>
        <w:pStyle w:val="Heading2"/>
      </w:pPr>
      <w:r>
        <w:t>Governing Body</w:t>
      </w:r>
    </w:p>
    <w:p w14:paraId="7A845C99" w14:textId="77777777" w:rsidR="008A0BF7" w:rsidRDefault="00D00288">
      <w:r>
        <w:t>The Governing Body will provide strategic oversight of online safety. Governors will:</w:t>
      </w:r>
    </w:p>
    <w:p w14:paraId="42E1428F" w14:textId="77777777" w:rsidR="008A0BF7" w:rsidRDefault="00D00288">
      <w:pPr>
        <w:pStyle w:val="ListBullet"/>
      </w:pPr>
      <w:r>
        <w:t>ensure online safety forms part of the school’s safeguarding arrangements;</w:t>
      </w:r>
    </w:p>
    <w:p w14:paraId="56C32DDB" w14:textId="77777777" w:rsidR="008A0BF7" w:rsidRDefault="00D00288">
      <w:pPr>
        <w:pStyle w:val="ListBullet"/>
      </w:pPr>
      <w:r>
        <w:t>ensure appropriate filtering and monitoring systems are in place;</w:t>
      </w:r>
    </w:p>
    <w:p w14:paraId="18C31675" w14:textId="77777777" w:rsidR="008A0BF7" w:rsidRDefault="00D00288">
      <w:pPr>
        <w:pStyle w:val="ListBullet"/>
      </w:pPr>
      <w:r>
        <w:t>receive assurance that filtering and monitoring arrangements are reviewed at least annually;</w:t>
      </w:r>
    </w:p>
    <w:p w14:paraId="0F414F90" w14:textId="77777777" w:rsidR="008A0BF7" w:rsidRDefault="00D00288">
      <w:pPr>
        <w:pStyle w:val="ListBullet"/>
      </w:pPr>
      <w:r>
        <w:t>ensure leaders have clearly assigned responsibilities for filtering and monitoring;</w:t>
      </w:r>
    </w:p>
    <w:p w14:paraId="5795FE9C" w14:textId="77777777" w:rsidR="008A0BF7" w:rsidRDefault="00D00288">
      <w:pPr>
        <w:pStyle w:val="ListBullet"/>
      </w:pPr>
      <w:r>
        <w:t>ensure the responsible governor is involved in the annual filtering and monitoring review and receives the recorded outcome and actions;</w:t>
      </w:r>
    </w:p>
    <w:p w14:paraId="30558276" w14:textId="77777777" w:rsidR="008A0BF7" w:rsidRDefault="00D00288">
      <w:pPr>
        <w:pStyle w:val="ListBullet"/>
      </w:pPr>
      <w:r>
        <w:t>receive relevant information about significant online-safety incidents and emerging risks;</w:t>
      </w:r>
    </w:p>
    <w:p w14:paraId="5B7AAFE6" w14:textId="77777777" w:rsidR="008A0BF7" w:rsidRDefault="00D00288">
      <w:pPr>
        <w:pStyle w:val="ListBullet"/>
      </w:pPr>
      <w:r>
        <w:t>ensure staff receive appropriate online-safety training;</w:t>
      </w:r>
    </w:p>
    <w:p w14:paraId="0CBAEBE4" w14:textId="77777777" w:rsidR="008A0BF7" w:rsidRDefault="00D00288">
      <w:pPr>
        <w:pStyle w:val="ListBullet"/>
      </w:pPr>
      <w:r>
        <w:t>provide support and challenge to school leaders.</w:t>
      </w:r>
    </w:p>
    <w:p w14:paraId="79F83B6D" w14:textId="77777777" w:rsidR="008A0BF7" w:rsidRDefault="00D00288">
      <w:pPr>
        <w:pStyle w:val="Heading2"/>
      </w:pPr>
      <w:r>
        <w:t>Headteacher / Online Safety Lead</w:t>
      </w:r>
    </w:p>
    <w:p w14:paraId="430CCE3E" w14:textId="77777777" w:rsidR="008A0BF7" w:rsidRDefault="00D00288">
      <w:r>
        <w:t>The Headteacher has strategic responsibility for the school’s approach to online safety. The Headteacher will:</w:t>
      </w:r>
    </w:p>
    <w:p w14:paraId="5D50EDEC" w14:textId="77777777" w:rsidR="008A0BF7" w:rsidRDefault="00D00288">
      <w:pPr>
        <w:pStyle w:val="ListBullet"/>
      </w:pPr>
      <w:r>
        <w:t>promote a strong culture of online safety;</w:t>
      </w:r>
    </w:p>
    <w:p w14:paraId="04C468EE" w14:textId="77777777" w:rsidR="008A0BF7" w:rsidRDefault="00D00288">
      <w:pPr>
        <w:pStyle w:val="ListBullet"/>
      </w:pPr>
      <w:r>
        <w:t>ensure this policy is implemented consistently;</w:t>
      </w:r>
    </w:p>
    <w:p w14:paraId="7DFA1F0A" w14:textId="77777777" w:rsidR="008A0BF7" w:rsidRDefault="00D00288">
      <w:pPr>
        <w:pStyle w:val="ListBullet"/>
      </w:pPr>
      <w:r>
        <w:t>ensure staff understand their responsibilities;</w:t>
      </w:r>
    </w:p>
    <w:p w14:paraId="7F85C5C1" w14:textId="77777777" w:rsidR="008A0BF7" w:rsidRDefault="00D00288">
      <w:pPr>
        <w:pStyle w:val="ListBullet"/>
      </w:pPr>
      <w:r>
        <w:t>ensure suitable curriculum provision;</w:t>
      </w:r>
    </w:p>
    <w:p w14:paraId="4A007885" w14:textId="77777777" w:rsidR="008A0BF7" w:rsidRDefault="00D00288">
      <w:pPr>
        <w:pStyle w:val="ListBullet"/>
      </w:pPr>
      <w:r>
        <w:t>ensure concerns are reported and acted upon;</w:t>
      </w:r>
    </w:p>
    <w:p w14:paraId="0F1C6674" w14:textId="77777777" w:rsidR="008A0BF7" w:rsidRDefault="00D00288">
      <w:pPr>
        <w:pStyle w:val="ListBullet"/>
      </w:pPr>
      <w:r>
        <w:t>oversee the school’s mobile-phone-free approach;</w:t>
      </w:r>
    </w:p>
    <w:p w14:paraId="4F932557" w14:textId="77777777" w:rsidR="008A0BF7" w:rsidRDefault="00D00288">
      <w:pPr>
        <w:pStyle w:val="ListBullet"/>
      </w:pPr>
      <w:r>
        <w:t>ensure new technologies are considered carefully before being introduced;</w:t>
      </w:r>
    </w:p>
    <w:p w14:paraId="5B0C5318" w14:textId="77777777" w:rsidR="008A0BF7" w:rsidRDefault="00D00288">
      <w:pPr>
        <w:pStyle w:val="ListBullet"/>
      </w:pPr>
      <w:r>
        <w:t>act as the senior leader responsible for filtering and monitoring unless this responsibility is formally delegated and recorded;</w:t>
      </w:r>
    </w:p>
    <w:p w14:paraId="02DCAD6B" w14:textId="77777777" w:rsidR="008A0BF7" w:rsidRDefault="00D00288">
      <w:pPr>
        <w:pStyle w:val="ListBullet"/>
      </w:pPr>
      <w:r>
        <w:lastRenderedPageBreak/>
        <w:t>coordinate the annual review of online safety.</w:t>
      </w:r>
    </w:p>
    <w:p w14:paraId="66F59259" w14:textId="77777777" w:rsidR="008A0BF7" w:rsidRDefault="00D00288">
      <w:pPr>
        <w:pStyle w:val="Heading2"/>
      </w:pPr>
      <w:r>
        <w:t>Designated Safeguarding Lead</w:t>
      </w:r>
    </w:p>
    <w:p w14:paraId="75FC4E2D" w14:textId="77777777" w:rsidR="008A0BF7" w:rsidRDefault="00D00288">
      <w:r>
        <w:t xml:space="preserve">The DSL </w:t>
      </w:r>
      <w:r>
        <w:t>has lead responsibility for safeguarding, including online safeguarding. The DSL will:</w:t>
      </w:r>
    </w:p>
    <w:p w14:paraId="6B501020" w14:textId="77777777" w:rsidR="008A0BF7" w:rsidRDefault="00D00288">
      <w:pPr>
        <w:pStyle w:val="ListBullet"/>
      </w:pPr>
      <w:r>
        <w:t>ensure online-safety concerns are considered within the wider safeguarding picture of the child;</w:t>
      </w:r>
    </w:p>
    <w:p w14:paraId="79879E86" w14:textId="77777777" w:rsidR="008A0BF7" w:rsidRDefault="00D00288">
      <w:pPr>
        <w:pStyle w:val="ListBullet"/>
      </w:pPr>
      <w:r>
        <w:t>provide advice to staff;</w:t>
      </w:r>
    </w:p>
    <w:p w14:paraId="62D9611B" w14:textId="77777777" w:rsidR="008A0BF7" w:rsidRDefault="00D00288">
      <w:pPr>
        <w:pStyle w:val="ListBullet"/>
      </w:pPr>
      <w:r>
        <w:t xml:space="preserve">respond to concerns involving online </w:t>
      </w:r>
      <w:r>
        <w:t>abuse, exploitation, grooming, harmful sexual behaviour or other safeguarding matters;</w:t>
      </w:r>
    </w:p>
    <w:p w14:paraId="486F2E56" w14:textId="77777777" w:rsidR="008A0BF7" w:rsidRDefault="00D00288">
      <w:pPr>
        <w:pStyle w:val="ListBullet"/>
      </w:pPr>
      <w:r>
        <w:t>make referrals to external agencies where necessary;</w:t>
      </w:r>
    </w:p>
    <w:p w14:paraId="6C5177CD" w14:textId="77777777" w:rsidR="008A0BF7" w:rsidRDefault="00D00288">
      <w:pPr>
        <w:pStyle w:val="ListBullet"/>
      </w:pPr>
      <w:r>
        <w:t>ensure relevant incidents are appropriately recorded on CPOMS;</w:t>
      </w:r>
    </w:p>
    <w:p w14:paraId="0C6DD628" w14:textId="77777777" w:rsidR="008A0BF7" w:rsidRDefault="00D00288">
      <w:pPr>
        <w:pStyle w:val="ListBullet"/>
      </w:pPr>
      <w:r>
        <w:t>contribute to filtering and monitoring reviews;</w:t>
      </w:r>
    </w:p>
    <w:p w14:paraId="6CBD788C" w14:textId="77777777" w:rsidR="008A0BF7" w:rsidRDefault="00D00288">
      <w:pPr>
        <w:pStyle w:val="ListBullet"/>
      </w:pPr>
      <w:r>
        <w:t>identify emerging online risks affecting pupils.</w:t>
      </w:r>
    </w:p>
    <w:p w14:paraId="3BC67FA8" w14:textId="77777777" w:rsidR="008A0BF7" w:rsidRDefault="00D00288">
      <w:pPr>
        <w:pStyle w:val="Heading2"/>
      </w:pPr>
      <w:r>
        <w:t>Filtering and Monitoring Lead</w:t>
      </w:r>
    </w:p>
    <w:p w14:paraId="491C1FFB" w14:textId="77777777" w:rsidR="008A0BF7" w:rsidRDefault="00D00288">
      <w:r>
        <w:t>The Headteacher is the named senior leader responsible for filtering and monitoring unless responsibility is formally delegated and recorded. The lead will work with the DSL and technical support provider to ensure arrangements remain appropriate and effective. This includes ensuring:</w:t>
      </w:r>
    </w:p>
    <w:p w14:paraId="5703B2C1" w14:textId="77777777" w:rsidR="008A0BF7" w:rsidRDefault="00D00288">
      <w:pPr>
        <w:pStyle w:val="ListBullet"/>
      </w:pPr>
      <w:r>
        <w:t>responsibilities are clearly allocated;</w:t>
      </w:r>
    </w:p>
    <w:p w14:paraId="43ED7665" w14:textId="77777777" w:rsidR="008A0BF7" w:rsidRDefault="00D00288">
      <w:pPr>
        <w:pStyle w:val="ListBullet"/>
      </w:pPr>
      <w:r>
        <w:t>provision is reviewed at least annually;</w:t>
      </w:r>
    </w:p>
    <w:p w14:paraId="07E3EA32" w14:textId="77777777" w:rsidR="008A0BF7" w:rsidRDefault="00D00288">
      <w:pPr>
        <w:pStyle w:val="ListBullet"/>
      </w:pPr>
      <w:r>
        <w:t>appropriate checks are undertaken and recorded;</w:t>
      </w:r>
    </w:p>
    <w:p w14:paraId="4D9C2A0C" w14:textId="77777777" w:rsidR="008A0BF7" w:rsidRDefault="00D00288">
      <w:pPr>
        <w:pStyle w:val="ListBullet"/>
      </w:pPr>
      <w:r>
        <w:t>new devices and systems are appropriately protected before use;</w:t>
      </w:r>
    </w:p>
    <w:p w14:paraId="7B05FCCD" w14:textId="77777777" w:rsidR="008A0BF7" w:rsidRDefault="00D00288">
      <w:pPr>
        <w:pStyle w:val="ListBullet"/>
      </w:pPr>
      <w:r>
        <w:t>concerns arising from filtering or monitoring are escalated appropriately;</w:t>
      </w:r>
    </w:p>
    <w:p w14:paraId="2FC03AA3" w14:textId="77777777" w:rsidR="008A0BF7" w:rsidRDefault="00D00288">
      <w:pPr>
        <w:pStyle w:val="ListBullet"/>
      </w:pPr>
      <w:r>
        <w:t>staff know how to report over-blocking, under-blocking or other concerns.</w:t>
      </w:r>
    </w:p>
    <w:p w14:paraId="7C9643EC" w14:textId="77777777" w:rsidR="008A0BF7" w:rsidRDefault="00D00288">
      <w:pPr>
        <w:pStyle w:val="Heading2"/>
      </w:pPr>
      <w:r>
        <w:t>IT Support Provider</w:t>
      </w:r>
    </w:p>
    <w:p w14:paraId="2BB8A43B" w14:textId="77777777" w:rsidR="008A0BF7" w:rsidRDefault="00D00288">
      <w:r>
        <w:t>Technical support will:</w:t>
      </w:r>
    </w:p>
    <w:p w14:paraId="658129B2" w14:textId="77777777" w:rsidR="008A0BF7" w:rsidRDefault="00D00288">
      <w:pPr>
        <w:pStyle w:val="ListBullet"/>
      </w:pPr>
      <w:r>
        <w:t>maintain filtering and monitoring systems as agreed with school leaders;</w:t>
      </w:r>
    </w:p>
    <w:p w14:paraId="27298FB2" w14:textId="77777777" w:rsidR="008A0BF7" w:rsidRDefault="00D00288">
      <w:pPr>
        <w:pStyle w:val="ListBullet"/>
      </w:pPr>
      <w:r>
        <w:t>support appropriate technical checks;</w:t>
      </w:r>
    </w:p>
    <w:p w14:paraId="007A6713" w14:textId="77777777" w:rsidR="008A0BF7" w:rsidRDefault="00D00288">
      <w:pPr>
        <w:pStyle w:val="ListBullet"/>
      </w:pPr>
      <w:r>
        <w:t>ensure school-owned devices and services are appropriately protected;</w:t>
      </w:r>
    </w:p>
    <w:p w14:paraId="72D0FB59" w14:textId="77777777" w:rsidR="008A0BF7" w:rsidRDefault="00D00288">
      <w:pPr>
        <w:pStyle w:val="ListBullet"/>
      </w:pPr>
      <w:r>
        <w:t>notify school leaders of significant concerns;</w:t>
      </w:r>
    </w:p>
    <w:p w14:paraId="56476F0E" w14:textId="77777777" w:rsidR="008A0BF7" w:rsidRDefault="00D00288">
      <w:pPr>
        <w:pStyle w:val="ListBullet"/>
      </w:pPr>
      <w:r>
        <w:t>support cyber-security arrangements;</w:t>
      </w:r>
    </w:p>
    <w:p w14:paraId="0D7C5CDB" w14:textId="77777777" w:rsidR="008A0BF7" w:rsidRDefault="00D00288">
      <w:pPr>
        <w:pStyle w:val="ListBullet"/>
      </w:pPr>
      <w:r>
        <w:t>provide information needed for the annual filtering and monitoring review.</w:t>
      </w:r>
    </w:p>
    <w:p w14:paraId="7702FF31" w14:textId="77777777" w:rsidR="008A0BF7" w:rsidRDefault="00D00288">
      <w:r>
        <w:t>Technical staff will not make safeguarding decisions. Safeguarding concerns identified through monitoring must be passed to the DSL.</w:t>
      </w:r>
    </w:p>
    <w:p w14:paraId="4904FF80" w14:textId="77777777" w:rsidR="008A0BF7" w:rsidRDefault="00D00288">
      <w:pPr>
        <w:pStyle w:val="Heading2"/>
      </w:pPr>
      <w:r>
        <w:t>All Staff</w:t>
      </w:r>
    </w:p>
    <w:p w14:paraId="5FCA9F59" w14:textId="77777777" w:rsidR="008A0BF7" w:rsidRDefault="00D00288">
      <w:r>
        <w:t>All staff are responsible for online safety. Staff must:</w:t>
      </w:r>
    </w:p>
    <w:p w14:paraId="7B500EF7" w14:textId="77777777" w:rsidR="008A0BF7" w:rsidRDefault="00D00288">
      <w:pPr>
        <w:pStyle w:val="ListBullet"/>
      </w:pPr>
      <w:r>
        <w:t>model safe and responsible technology use;</w:t>
      </w:r>
    </w:p>
    <w:p w14:paraId="495B20AD" w14:textId="77777777" w:rsidR="008A0BF7" w:rsidRDefault="00D00288">
      <w:pPr>
        <w:pStyle w:val="ListBullet"/>
      </w:pPr>
      <w:r>
        <w:t>follow this policy and the Staff Code of Conduct;</w:t>
      </w:r>
    </w:p>
    <w:p w14:paraId="48016BEE" w14:textId="77777777" w:rsidR="008A0BF7" w:rsidRDefault="00D00288">
      <w:pPr>
        <w:pStyle w:val="ListBullet"/>
      </w:pPr>
      <w:r>
        <w:t>use only approved systems and platforms for school business;</w:t>
      </w:r>
    </w:p>
    <w:p w14:paraId="7996768E" w14:textId="77777777" w:rsidR="008A0BF7" w:rsidRDefault="00D00288">
      <w:pPr>
        <w:pStyle w:val="ListBullet"/>
      </w:pPr>
      <w:r>
        <w:t>understand the school’s filtering and monitoring arrangements;</w:t>
      </w:r>
    </w:p>
    <w:p w14:paraId="1C4F1169" w14:textId="77777777" w:rsidR="008A0BF7" w:rsidRDefault="00D00288">
      <w:pPr>
        <w:pStyle w:val="ListBullet"/>
      </w:pPr>
      <w:r>
        <w:t xml:space="preserve">know how to report </w:t>
      </w:r>
      <w:r>
        <w:t>online-safety concerns;</w:t>
      </w:r>
    </w:p>
    <w:p w14:paraId="205BAB4F" w14:textId="77777777" w:rsidR="008A0BF7" w:rsidRDefault="00D00288">
      <w:pPr>
        <w:pStyle w:val="ListBullet"/>
      </w:pPr>
      <w:r>
        <w:t>report safeguarding concerns immediately to the DSL or deputy;</w:t>
      </w:r>
    </w:p>
    <w:p w14:paraId="77C7B815" w14:textId="77777777" w:rsidR="008A0BF7" w:rsidRDefault="00D00288">
      <w:pPr>
        <w:pStyle w:val="ListBullet"/>
      </w:pPr>
      <w:r>
        <w:t>report technical concerns to the appropriate IT contact;</w:t>
      </w:r>
    </w:p>
    <w:p w14:paraId="43EDFB49" w14:textId="77777777" w:rsidR="008A0BF7" w:rsidRDefault="00D00288">
      <w:pPr>
        <w:pStyle w:val="ListBullet"/>
      </w:pPr>
      <w:r>
        <w:t>supervise pupil technology use appropriately;</w:t>
      </w:r>
    </w:p>
    <w:p w14:paraId="1BCDEA86" w14:textId="77777777" w:rsidR="008A0BF7" w:rsidRDefault="00D00288">
      <w:pPr>
        <w:pStyle w:val="ListBullet"/>
      </w:pPr>
      <w:r>
        <w:t>teach or reinforce online safety whenever relevant.</w:t>
      </w:r>
    </w:p>
    <w:p w14:paraId="45AAE9B3" w14:textId="77777777" w:rsidR="008A0BF7" w:rsidRDefault="00D00288">
      <w:pPr>
        <w:pStyle w:val="Heading2"/>
      </w:pPr>
      <w:r>
        <w:lastRenderedPageBreak/>
        <w:t>Pupils</w:t>
      </w:r>
    </w:p>
    <w:p w14:paraId="48D45BC2" w14:textId="77777777" w:rsidR="008A0BF7" w:rsidRDefault="00D00288">
      <w:r>
        <w:t>Pupils are expected to:</w:t>
      </w:r>
    </w:p>
    <w:p w14:paraId="15D0F241" w14:textId="77777777" w:rsidR="008A0BF7" w:rsidRDefault="00D00288">
      <w:pPr>
        <w:pStyle w:val="ListBullet"/>
      </w:pPr>
      <w:r>
        <w:t>follow the school’s Online Safety Rules;</w:t>
      </w:r>
    </w:p>
    <w:p w14:paraId="0BEA53C0" w14:textId="77777777" w:rsidR="008A0BF7" w:rsidRDefault="00D00288">
      <w:pPr>
        <w:pStyle w:val="ListBullet"/>
      </w:pPr>
      <w:r>
        <w:t>use technology only for agreed purposes in school;</w:t>
      </w:r>
    </w:p>
    <w:p w14:paraId="379B9FB4" w14:textId="77777777" w:rsidR="008A0BF7" w:rsidRDefault="00D00288">
      <w:pPr>
        <w:pStyle w:val="ListBullet"/>
      </w:pPr>
      <w:r>
        <w:t>behave respectfully online;</w:t>
      </w:r>
    </w:p>
    <w:p w14:paraId="684A83A5" w14:textId="77777777" w:rsidR="008A0BF7" w:rsidRDefault="00D00288">
      <w:pPr>
        <w:pStyle w:val="ListBullet"/>
      </w:pPr>
      <w:r>
        <w:t>protect passwords and personal information;</w:t>
      </w:r>
    </w:p>
    <w:p w14:paraId="0DA9472F" w14:textId="77777777" w:rsidR="008A0BF7" w:rsidRDefault="00D00288">
      <w:pPr>
        <w:pStyle w:val="ListBullet"/>
      </w:pPr>
      <w:r>
        <w:t>tell an adult if they encounter something worrying, harmful or inappropriate;</w:t>
      </w:r>
    </w:p>
    <w:p w14:paraId="321C7B51" w14:textId="77777777" w:rsidR="008A0BF7" w:rsidRDefault="00D00288">
      <w:pPr>
        <w:pStyle w:val="ListBullet"/>
      </w:pPr>
      <w:r>
        <w:t>not attempt to bypass the school’s filtering, monitoring or security systems;</w:t>
      </w:r>
    </w:p>
    <w:p w14:paraId="09B39078" w14:textId="77777777" w:rsidR="008A0BF7" w:rsidRDefault="00D00288">
      <w:pPr>
        <w:pStyle w:val="ListBullet"/>
      </w:pPr>
      <w:r>
        <w:t>follow the school’s mobile-phone-free expectations.</w:t>
      </w:r>
    </w:p>
    <w:p w14:paraId="48BA0E5B" w14:textId="77777777" w:rsidR="008A0BF7" w:rsidRDefault="00D00288">
      <w:pPr>
        <w:pStyle w:val="Heading2"/>
      </w:pPr>
      <w:r>
        <w:t>Parents and Carers</w:t>
      </w:r>
    </w:p>
    <w:p w14:paraId="24C58CD5" w14:textId="77777777" w:rsidR="008A0BF7" w:rsidRDefault="00D00288">
      <w:r>
        <w:t>Parents and carers are encouraged to:</w:t>
      </w:r>
    </w:p>
    <w:p w14:paraId="49B87DB4" w14:textId="77777777" w:rsidR="008A0BF7" w:rsidRDefault="00D00288">
      <w:pPr>
        <w:pStyle w:val="ListBullet"/>
      </w:pPr>
      <w:r>
        <w:t>talk regularly with children about their online lives;</w:t>
      </w:r>
    </w:p>
    <w:p w14:paraId="45BB3051" w14:textId="77777777" w:rsidR="008A0BF7" w:rsidRDefault="00D00288">
      <w:pPr>
        <w:pStyle w:val="ListBullet"/>
      </w:pPr>
      <w:r>
        <w:t>support age restrictions and safe use of apps, games and platforms;</w:t>
      </w:r>
    </w:p>
    <w:p w14:paraId="393969AB" w14:textId="77777777" w:rsidR="008A0BF7" w:rsidRDefault="00D00288">
      <w:pPr>
        <w:pStyle w:val="ListBullet"/>
      </w:pPr>
      <w:r>
        <w:t>encourage children to report concerns;</w:t>
      </w:r>
    </w:p>
    <w:p w14:paraId="6A97A195" w14:textId="77777777" w:rsidR="008A0BF7" w:rsidRDefault="00D00288">
      <w:pPr>
        <w:pStyle w:val="ListBullet"/>
      </w:pPr>
      <w:r>
        <w:t>support the school’s expectations regarding online conduct and mobile phones;</w:t>
      </w:r>
    </w:p>
    <w:p w14:paraId="561EB083" w14:textId="77777777" w:rsidR="008A0BF7" w:rsidRDefault="00D00288">
      <w:pPr>
        <w:pStyle w:val="ListBullet"/>
      </w:pPr>
      <w:r>
        <w:t>inform the school where an online incident outside school may affect a child’s safety or wellbeing in school.</w:t>
      </w:r>
    </w:p>
    <w:p w14:paraId="72667431" w14:textId="77777777" w:rsidR="008A0BF7" w:rsidRDefault="00D00288">
      <w:pPr>
        <w:pStyle w:val="Heading1"/>
        <w:pBdr>
          <w:bottom w:val="single" w:sz="4" w:space="3" w:color="3E2B8F"/>
        </w:pBdr>
      </w:pPr>
      <w:r>
        <w:t>Filtering and Monitoring</w:t>
      </w:r>
    </w:p>
    <w:p w14:paraId="5F847D80" w14:textId="77777777" w:rsidR="008A0BF7" w:rsidRDefault="00D00288">
      <w:r>
        <w:t>Manuden Primary School will maintain appropriate filtering and monitoring systems on school networks and school-managed devices.</w:t>
      </w:r>
    </w:p>
    <w:p w14:paraId="78CF8185" w14:textId="77777777" w:rsidR="008A0BF7" w:rsidRDefault="00D00288">
      <w:r>
        <w:t>Filtering is intended to prevent access to illegal, inappropriate or harmful material. Monitoring supports the identification of potentially concerning activity so that appropriate action can be taken.</w:t>
      </w:r>
    </w:p>
    <w:p w14:paraId="4BA8CC58" w14:textId="77777777" w:rsidR="008A0BF7" w:rsidRDefault="00D00288">
      <w:r>
        <w:t>No filtering system can remove all online risk. Effective online safety therefore also relies on:</w:t>
      </w:r>
    </w:p>
    <w:p w14:paraId="25B41DB8" w14:textId="77777777" w:rsidR="008A0BF7" w:rsidRDefault="00D00288">
      <w:pPr>
        <w:pStyle w:val="ListBullet"/>
      </w:pPr>
      <w:r>
        <w:t>appropriate supervision;</w:t>
      </w:r>
    </w:p>
    <w:p w14:paraId="09E4D5D8" w14:textId="77777777" w:rsidR="008A0BF7" w:rsidRDefault="00D00288">
      <w:pPr>
        <w:pStyle w:val="ListBullet"/>
      </w:pPr>
      <w:r>
        <w:t>education;</w:t>
      </w:r>
    </w:p>
    <w:p w14:paraId="2AEC6336" w14:textId="77777777" w:rsidR="008A0BF7" w:rsidRDefault="00D00288">
      <w:pPr>
        <w:pStyle w:val="ListBullet"/>
      </w:pPr>
      <w:r>
        <w:t>responsible behaviour;</w:t>
      </w:r>
    </w:p>
    <w:p w14:paraId="49A6DABE" w14:textId="77777777" w:rsidR="008A0BF7" w:rsidRDefault="00D00288">
      <w:pPr>
        <w:pStyle w:val="ListBullet"/>
      </w:pPr>
      <w:r>
        <w:t>effective safeguarding procedures.</w:t>
      </w:r>
    </w:p>
    <w:p w14:paraId="212299D8" w14:textId="77777777" w:rsidR="008A0BF7" w:rsidRDefault="00D00288">
      <w:r>
        <w:t>The school will ensure that filtering and monitoring arrangements:</w:t>
      </w:r>
    </w:p>
    <w:p w14:paraId="4774BFBF" w14:textId="77777777" w:rsidR="008A0BF7" w:rsidRDefault="00D00288">
      <w:pPr>
        <w:pStyle w:val="ListBullet"/>
      </w:pPr>
      <w:r>
        <w:t>reflect the age and needs of pupils;</w:t>
      </w:r>
    </w:p>
    <w:p w14:paraId="64ECD8C7" w14:textId="77777777" w:rsidR="008A0BF7" w:rsidRDefault="00D00288">
      <w:pPr>
        <w:pStyle w:val="ListBullet"/>
      </w:pPr>
      <w:r>
        <w:t>take account of pupils who may be particularly vulnerable;</w:t>
      </w:r>
    </w:p>
    <w:p w14:paraId="6D4534B0" w14:textId="77777777" w:rsidR="008A0BF7" w:rsidRDefault="00D00288">
      <w:pPr>
        <w:pStyle w:val="ListBullet"/>
      </w:pPr>
      <w:r>
        <w:t xml:space="preserve">cover </w:t>
      </w:r>
      <w:r>
        <w:t>school-owned internet-connected devices and services;</w:t>
      </w:r>
    </w:p>
    <w:p w14:paraId="13034172" w14:textId="77777777" w:rsidR="008A0BF7" w:rsidRDefault="00D00288">
      <w:pPr>
        <w:pStyle w:val="ListBullet"/>
      </w:pPr>
      <w:r>
        <w:t>operate appropriately where school-managed devices are used away from school, where technically applicable;</w:t>
      </w:r>
    </w:p>
    <w:p w14:paraId="7EF26F7A" w14:textId="77777777" w:rsidR="008A0BF7" w:rsidRDefault="00D00288">
      <w:pPr>
        <w:pStyle w:val="ListBullet"/>
      </w:pPr>
      <w:r>
        <w:t>block harmful and illegal material without unnecessarily restricting legitimate teaching and learning;</w:t>
      </w:r>
    </w:p>
    <w:p w14:paraId="35AB9CF2" w14:textId="77777777" w:rsidR="008A0BF7" w:rsidRDefault="00D00288">
      <w:pPr>
        <w:pStyle w:val="ListBullet"/>
      </w:pPr>
      <w:r>
        <w:t>allow relevant activity or concerns to be attributable to users where possible;</w:t>
      </w:r>
    </w:p>
    <w:p w14:paraId="13B0D30C" w14:textId="77777777" w:rsidR="008A0BF7" w:rsidRDefault="00D00288">
      <w:pPr>
        <w:pStyle w:val="ListBullet"/>
      </w:pPr>
      <w:r>
        <w:t>are considered when new devices, systems, apps or services are introduced;</w:t>
      </w:r>
    </w:p>
    <w:p w14:paraId="019D32C1" w14:textId="77777777" w:rsidR="008A0BF7" w:rsidRDefault="00D00288">
      <w:pPr>
        <w:pStyle w:val="ListBullet"/>
      </w:pPr>
      <w:r>
        <w:t>take account of dynamic, personalised and AI-generated content where relevant.</w:t>
      </w:r>
    </w:p>
    <w:p w14:paraId="06B0BCDB" w14:textId="77777777" w:rsidR="008A0BF7" w:rsidRDefault="00D00288">
      <w:r>
        <w:t>Staff and other users of school systems will be made aware that filtering and monitoring arrangements are in place. Where supported by the technical solution, users will receive an appropriate notification when using a monitored device or system.</w:t>
      </w:r>
    </w:p>
    <w:p w14:paraId="4549CD84" w14:textId="77777777" w:rsidR="008A0BF7" w:rsidRDefault="00D00288">
      <w:pPr>
        <w:pStyle w:val="Heading2"/>
      </w:pPr>
      <w:r>
        <w:t>Review and Checks</w:t>
      </w:r>
    </w:p>
    <w:p w14:paraId="3B5E0986" w14:textId="77777777" w:rsidR="008A0BF7" w:rsidRDefault="00D00288">
      <w:r>
        <w:t>A formal review of filtering and monitoring provision will take place at least once each academic year.</w:t>
      </w:r>
    </w:p>
    <w:p w14:paraId="21A01D44" w14:textId="77777777" w:rsidR="008A0BF7" w:rsidRDefault="00D00288">
      <w:r>
        <w:lastRenderedPageBreak/>
        <w:t>The review will involve:</w:t>
      </w:r>
    </w:p>
    <w:p w14:paraId="168F8D67" w14:textId="77777777" w:rsidR="008A0BF7" w:rsidRDefault="00D00288">
      <w:pPr>
        <w:pStyle w:val="ListBullet"/>
      </w:pPr>
      <w:r>
        <w:t>the senior leader responsible for filtering and monitoring;</w:t>
      </w:r>
    </w:p>
    <w:p w14:paraId="1C3057C6" w14:textId="77777777" w:rsidR="008A0BF7" w:rsidRDefault="00D00288">
      <w:pPr>
        <w:pStyle w:val="ListBullet"/>
      </w:pPr>
      <w:r>
        <w:t>the DSL;</w:t>
      </w:r>
    </w:p>
    <w:p w14:paraId="05A418FB" w14:textId="77777777" w:rsidR="008A0BF7" w:rsidRDefault="00D00288">
      <w:pPr>
        <w:pStyle w:val="ListBullet"/>
      </w:pPr>
      <w:r>
        <w:t>relevant IT support;</w:t>
      </w:r>
    </w:p>
    <w:p w14:paraId="035F04B1" w14:textId="77777777" w:rsidR="008A0BF7" w:rsidRDefault="00D00288">
      <w:pPr>
        <w:pStyle w:val="ListBullet"/>
      </w:pPr>
      <w:r>
        <w:t>the responsible governor.</w:t>
      </w:r>
    </w:p>
    <w:p w14:paraId="6F43B3EB" w14:textId="77777777" w:rsidR="008A0BF7" w:rsidRDefault="00D00288">
      <w:r>
        <w:t>The review will consider:</w:t>
      </w:r>
    </w:p>
    <w:p w14:paraId="135A325D" w14:textId="77777777" w:rsidR="008A0BF7" w:rsidRDefault="00D00288">
      <w:pPr>
        <w:pStyle w:val="ListBullet"/>
      </w:pPr>
      <w:r>
        <w:t>whether filtering is working appropriately on internet-connected devices in all relevant locations;</w:t>
      </w:r>
    </w:p>
    <w:p w14:paraId="064AD428" w14:textId="77777777" w:rsidR="008A0BF7" w:rsidRDefault="00D00288">
      <w:pPr>
        <w:pStyle w:val="ListBullet"/>
      </w:pPr>
      <w:r>
        <w:t>whether monitoring arrangements meet the school’s safeguarding needs;</w:t>
      </w:r>
    </w:p>
    <w:p w14:paraId="7FB9C91C" w14:textId="77777777" w:rsidR="008A0BF7" w:rsidRDefault="00D00288">
      <w:pPr>
        <w:pStyle w:val="ListBullet"/>
      </w:pPr>
      <w:r>
        <w:t>pupil age and risk profile;</w:t>
      </w:r>
    </w:p>
    <w:p w14:paraId="15653B6C" w14:textId="77777777" w:rsidR="008A0BF7" w:rsidRDefault="00D00288">
      <w:pPr>
        <w:pStyle w:val="ListBullet"/>
      </w:pPr>
      <w:r>
        <w:t>vulnerable groups and individual pupils;</w:t>
      </w:r>
    </w:p>
    <w:p w14:paraId="67A568A3" w14:textId="77777777" w:rsidR="008A0BF7" w:rsidRDefault="00D00288">
      <w:pPr>
        <w:pStyle w:val="ListBullet"/>
      </w:pPr>
      <w:r>
        <w:t>emerging technologies and risks;</w:t>
      </w:r>
    </w:p>
    <w:p w14:paraId="4FAC1D37" w14:textId="77777777" w:rsidR="008A0BF7" w:rsidRDefault="00D00288">
      <w:pPr>
        <w:pStyle w:val="ListBullet"/>
      </w:pPr>
      <w:r>
        <w:t>generative AI;</w:t>
      </w:r>
    </w:p>
    <w:p w14:paraId="18E9A551" w14:textId="77777777" w:rsidR="008A0BF7" w:rsidRDefault="00D00288">
      <w:pPr>
        <w:pStyle w:val="ListBullet"/>
      </w:pPr>
      <w:r>
        <w:t>whether any over-blocking is adversely affecting teaching and learning;</w:t>
      </w:r>
    </w:p>
    <w:p w14:paraId="5677E233" w14:textId="77777777" w:rsidR="008A0BF7" w:rsidRDefault="00D00288">
      <w:pPr>
        <w:pStyle w:val="ListBullet"/>
      </w:pPr>
      <w:r>
        <w:t>whether staff understand the systems and reporting routes.</w:t>
      </w:r>
    </w:p>
    <w:p w14:paraId="502DAD32" w14:textId="77777777" w:rsidR="008A0BF7" w:rsidRDefault="00D00288">
      <w:r>
        <w:t>The school’s monitoring plan will include, as a minimum, a weekly review of monitoring reports or equivalent recorded monitoring checks appropriate to the systems in use, together with immediate escalation of any high-risk malicious, technical or safeguarding alert.</w:t>
      </w:r>
    </w:p>
    <w:p w14:paraId="035A3BDF" w14:textId="77777777" w:rsidR="008A0BF7" w:rsidRDefault="00D00288">
      <w:r>
        <w:t xml:space="preserve">Additional technical and safeguarding checks will be </w:t>
      </w:r>
      <w:r>
        <w:t>undertaken at a frequency proportionate to school risk. Checks will be recorded, including:</w:t>
      </w:r>
    </w:p>
    <w:p w14:paraId="37B79249" w14:textId="77777777" w:rsidR="008A0BF7" w:rsidRDefault="00D00288">
      <w:pPr>
        <w:pStyle w:val="ListBullet"/>
      </w:pPr>
      <w:r>
        <w:t>date;</w:t>
      </w:r>
    </w:p>
    <w:p w14:paraId="1873BDCF" w14:textId="77777777" w:rsidR="008A0BF7" w:rsidRDefault="00D00288">
      <w:pPr>
        <w:pStyle w:val="ListBullet"/>
      </w:pPr>
      <w:r>
        <w:t>person undertaking the check;</w:t>
      </w:r>
    </w:p>
    <w:p w14:paraId="2B456606" w14:textId="77777777" w:rsidR="008A0BF7" w:rsidRDefault="00D00288">
      <w:pPr>
        <w:pStyle w:val="ListBullet"/>
      </w:pPr>
      <w:r>
        <w:t>what was checked;</w:t>
      </w:r>
    </w:p>
    <w:p w14:paraId="2067B405" w14:textId="77777777" w:rsidR="008A0BF7" w:rsidRDefault="00D00288">
      <w:pPr>
        <w:pStyle w:val="ListBullet"/>
      </w:pPr>
      <w:r>
        <w:t>outcome;</w:t>
      </w:r>
    </w:p>
    <w:p w14:paraId="4571F45D" w14:textId="77777777" w:rsidR="008A0BF7" w:rsidRDefault="00D00288">
      <w:pPr>
        <w:pStyle w:val="ListBullet"/>
      </w:pPr>
      <w:r>
        <w:t>action required.</w:t>
      </w:r>
    </w:p>
    <w:p w14:paraId="3FB877BD" w14:textId="77777777" w:rsidR="008A0BF7" w:rsidRDefault="00D00288">
      <w:r>
        <w:t xml:space="preserve">Any member of staff who becomes aware that harmful material is </w:t>
      </w:r>
      <w:r>
        <w:t>accessible, legitimate material is unnecessarily blocked, or monitoring appears not to be working must report this promptly.</w:t>
      </w:r>
    </w:p>
    <w:p w14:paraId="22D67357" w14:textId="77777777" w:rsidR="008A0BF7" w:rsidRDefault="00D00288">
      <w:pPr>
        <w:pStyle w:val="Heading1"/>
        <w:pBdr>
          <w:bottom w:val="single" w:sz="4" w:space="3" w:color="3E2B8F"/>
        </w:pBdr>
      </w:pPr>
      <w:r>
        <w:t>Responding to Online Safety Concerns</w:t>
      </w:r>
    </w:p>
    <w:p w14:paraId="181396BE" w14:textId="77777777" w:rsidR="008A0BF7" w:rsidRDefault="00D00288">
      <w:r>
        <w:t>Where a pupil encounters something online that worries, frightens or upsets them, pupils will be taught to:</w:t>
      </w:r>
    </w:p>
    <w:p w14:paraId="428AAB19" w14:textId="77777777" w:rsidR="008A0BF7" w:rsidRDefault="00D00288">
      <w:pPr>
        <w:pStyle w:val="ManudenProcess"/>
        <w:jc w:val="center"/>
      </w:pPr>
      <w:r>
        <w:t>STOP  →  MOVE AWAY FROM THE CONTENT  →  TELL A TRUSTED ADULT</w:t>
      </w:r>
    </w:p>
    <w:p w14:paraId="5CD2C123" w14:textId="77777777" w:rsidR="008A0BF7" w:rsidRDefault="00D00288">
      <w:r>
        <w:t>Pupils will not be blamed for accidentally encountering harmful content.</w:t>
      </w:r>
    </w:p>
    <w:p w14:paraId="1C483A80" w14:textId="77777777" w:rsidR="008A0BF7" w:rsidRDefault="00D00288">
      <w:r>
        <w:t>Staff should:</w:t>
      </w:r>
    </w:p>
    <w:p w14:paraId="19F911BA" w14:textId="77777777" w:rsidR="008A0BF7" w:rsidRDefault="00D00288">
      <w:pPr>
        <w:pStyle w:val="ListNumber"/>
      </w:pPr>
      <w:r>
        <w:t>ensure the pupil is safe;</w:t>
      </w:r>
    </w:p>
    <w:p w14:paraId="0329BC27" w14:textId="77777777" w:rsidR="008A0BF7" w:rsidRDefault="00D00288">
      <w:pPr>
        <w:pStyle w:val="ListNumber"/>
      </w:pPr>
      <w:r>
        <w:t>listen calmly;</w:t>
      </w:r>
    </w:p>
    <w:p w14:paraId="7323E4C1" w14:textId="77777777" w:rsidR="008A0BF7" w:rsidRDefault="00D00288">
      <w:pPr>
        <w:pStyle w:val="ListNumber"/>
      </w:pPr>
      <w:r>
        <w:t>avoid unnecessarily viewing, sharing, downloading or copying harmful material;</w:t>
      </w:r>
    </w:p>
    <w:p w14:paraId="430BAFFC" w14:textId="77777777" w:rsidR="008A0BF7" w:rsidRDefault="00D00288">
      <w:pPr>
        <w:pStyle w:val="ListNumber"/>
      </w:pPr>
      <w:r>
        <w:t>report safeguarding concerns immediately to the DSL or deputy;</w:t>
      </w:r>
    </w:p>
    <w:p w14:paraId="326B284B" w14:textId="77777777" w:rsidR="008A0BF7" w:rsidRDefault="00D00288">
      <w:pPr>
        <w:pStyle w:val="ListNumber"/>
      </w:pPr>
      <w:r>
        <w:t>record the concern on CPOMS where it is, or may be, a safeguarding concern;</w:t>
      </w:r>
    </w:p>
    <w:p w14:paraId="53F5A59A" w14:textId="77777777" w:rsidR="008A0BF7" w:rsidRDefault="00D00288">
      <w:pPr>
        <w:pStyle w:val="ListNumber"/>
      </w:pPr>
      <w:r>
        <w:t>report relevant technical concerns to IT support;</w:t>
      </w:r>
    </w:p>
    <w:p w14:paraId="11DEF56A" w14:textId="77777777" w:rsidR="008A0BF7" w:rsidRDefault="00D00288">
      <w:pPr>
        <w:pStyle w:val="ListNumber"/>
      </w:pPr>
      <w:r>
        <w:t>follow the school’s Child Protection and Safeguarding Policy.</w:t>
      </w:r>
    </w:p>
    <w:p w14:paraId="3179AFA3" w14:textId="77777777" w:rsidR="008A0BF7" w:rsidRDefault="00D00288">
      <w:r>
        <w:t>Where appropriate, the DSL may seek advice or make a referral to:</w:t>
      </w:r>
    </w:p>
    <w:p w14:paraId="2453C8AC" w14:textId="77777777" w:rsidR="008A0BF7" w:rsidRDefault="00D00288">
      <w:pPr>
        <w:pStyle w:val="ListBullet"/>
      </w:pPr>
      <w:r>
        <w:t>Children’s Social Care;</w:t>
      </w:r>
    </w:p>
    <w:p w14:paraId="3D463AC3" w14:textId="77777777" w:rsidR="008A0BF7" w:rsidRDefault="00D00288">
      <w:pPr>
        <w:pStyle w:val="ListBullet"/>
      </w:pPr>
      <w:r>
        <w:t>police;</w:t>
      </w:r>
    </w:p>
    <w:p w14:paraId="4A49213B" w14:textId="77777777" w:rsidR="008A0BF7" w:rsidRDefault="00D00288">
      <w:pPr>
        <w:pStyle w:val="ListBullet"/>
      </w:pPr>
      <w:r>
        <w:t>CEOP;</w:t>
      </w:r>
    </w:p>
    <w:p w14:paraId="728CBED4" w14:textId="77777777" w:rsidR="008A0BF7" w:rsidRDefault="00D00288">
      <w:pPr>
        <w:pStyle w:val="ListBullet"/>
      </w:pPr>
      <w:r>
        <w:t>Prevent/Channel;</w:t>
      </w:r>
    </w:p>
    <w:p w14:paraId="1C81C886" w14:textId="77777777" w:rsidR="008A0BF7" w:rsidRDefault="00D00288">
      <w:pPr>
        <w:pStyle w:val="ListBullet"/>
      </w:pPr>
      <w:r>
        <w:lastRenderedPageBreak/>
        <w:t>other appropriate safeguarding agencies.</w:t>
      </w:r>
    </w:p>
    <w:p w14:paraId="39F679BF" w14:textId="77777777" w:rsidR="008A0BF7" w:rsidRDefault="00D00288">
      <w:pPr>
        <w:pStyle w:val="Heading2"/>
      </w:pPr>
      <w:r>
        <w:t>CPOMS</w:t>
      </w:r>
    </w:p>
    <w:p w14:paraId="3FA96FA6" w14:textId="77777777" w:rsidR="008A0BF7" w:rsidRDefault="00D00288">
      <w:r>
        <w:t>CPOMS is Manuden Primary School’s central recording system for online-safety concerns that are, or may be, safeguarding concerns involving pupils. Records should include the concern, actions taken, decisions made, the rationale for decisions and outcomes where known.</w:t>
      </w:r>
    </w:p>
    <w:p w14:paraId="622D1648" w14:textId="77777777" w:rsidR="008A0BF7" w:rsidRDefault="00D00288">
      <w:r>
        <w:t xml:space="preserve">The school will not maintain a duplicate </w:t>
      </w:r>
      <w:r>
        <w:t>online-safety incident log. Routine technical issues which do not involve pupil safeguarding may be recorded through the school’s IT support arrangements.</w:t>
      </w:r>
    </w:p>
    <w:p w14:paraId="76BCC655" w14:textId="77777777" w:rsidR="008A0BF7" w:rsidRDefault="00D00288">
      <w:r>
        <w:t>Where an incident involves a potential data breach, the Data Protection Officer must also be informed in accordance with the school’s data protection procedures.</w:t>
      </w:r>
    </w:p>
    <w:p w14:paraId="4311A696" w14:textId="77777777" w:rsidR="008A0BF7" w:rsidRDefault="00D00288">
      <w:pPr>
        <w:pStyle w:val="Heading2"/>
      </w:pPr>
      <w:r>
        <w:t>Concerns About Adults’ Online Conduct</w:t>
      </w:r>
    </w:p>
    <w:p w14:paraId="17309E23" w14:textId="77777777" w:rsidR="008A0BF7" w:rsidRDefault="00D00288">
      <w:r>
        <w:t>Any concern about an adult’s online behaviour, use of personal devices, communication with pupils, photography or recording, or use of school systems must be reported in accordance with the Child Protection and Safeguarding Policy and Staff Code of Conduct. Staff must not investigate such concerns themselves.</w:t>
      </w:r>
    </w:p>
    <w:p w14:paraId="3F2F6FCB" w14:textId="77777777" w:rsidR="008A0BF7" w:rsidRDefault="00D00288">
      <w:r>
        <w:t>Concerns about the Headteacher must be reported through the route set out in the Child Protection and Safeguarding Policy. Where a concern may meet the threshold for referral to the Local Authority Designated Officer (LADO), the school will follow local safeguarding procedures.</w:t>
      </w:r>
    </w:p>
    <w:p w14:paraId="19E098BD" w14:textId="77777777" w:rsidR="008A0BF7" w:rsidRDefault="00D00288">
      <w:pPr>
        <w:pStyle w:val="Heading1"/>
        <w:pBdr>
          <w:bottom w:val="single" w:sz="4" w:space="3" w:color="3E2B8F"/>
        </w:pBdr>
      </w:pPr>
      <w:r>
        <w:t>Online Bullying, Harassment and Child-on-Child Abuse</w:t>
      </w:r>
    </w:p>
    <w:p w14:paraId="585043E7" w14:textId="77777777" w:rsidR="008A0BF7" w:rsidRDefault="00D00288">
      <w:r>
        <w:t>Online behaviour is subject to the same high expectations as behaviour face-to-face.</w:t>
      </w:r>
    </w:p>
    <w:p w14:paraId="1A49EC6E" w14:textId="77777777" w:rsidR="008A0BF7" w:rsidRDefault="00D00288">
      <w:r>
        <w:t>Online bullying, harassment, discriminatory abuse and threatening behaviour will be addressed in accordance with the school’s:</w:t>
      </w:r>
    </w:p>
    <w:p w14:paraId="210006F0" w14:textId="77777777" w:rsidR="008A0BF7" w:rsidRDefault="00D00288">
      <w:pPr>
        <w:pStyle w:val="ListBullet"/>
      </w:pPr>
      <w:r>
        <w:t>Behaviour Policy;</w:t>
      </w:r>
    </w:p>
    <w:p w14:paraId="1916E9E6" w14:textId="77777777" w:rsidR="008A0BF7" w:rsidRDefault="00D00288">
      <w:pPr>
        <w:pStyle w:val="ListBullet"/>
      </w:pPr>
      <w:r>
        <w:t>Anti-Bullying Policy;</w:t>
      </w:r>
    </w:p>
    <w:p w14:paraId="1F17E5B0" w14:textId="77777777" w:rsidR="008A0BF7" w:rsidRDefault="00D00288">
      <w:pPr>
        <w:pStyle w:val="ListBullet"/>
      </w:pPr>
      <w:r>
        <w:t>Child Protection and Safeguarding Policy.</w:t>
      </w:r>
    </w:p>
    <w:p w14:paraId="72D34F33" w14:textId="77777777" w:rsidR="008A0BF7" w:rsidRDefault="00D00288">
      <w:r>
        <w:t>Online behaviour outside school may be addressed by the school where it affects:</w:t>
      </w:r>
    </w:p>
    <w:p w14:paraId="2F92558F" w14:textId="77777777" w:rsidR="008A0BF7" w:rsidRDefault="00D00288">
      <w:pPr>
        <w:pStyle w:val="ListBullet"/>
      </w:pPr>
      <w:r>
        <w:t>the safety or wellbeing of a pupil or member of staff;</w:t>
      </w:r>
    </w:p>
    <w:p w14:paraId="1BE91682" w14:textId="77777777" w:rsidR="008A0BF7" w:rsidRDefault="00D00288">
      <w:pPr>
        <w:pStyle w:val="ListBullet"/>
      </w:pPr>
      <w:r>
        <w:t>relationships within school;</w:t>
      </w:r>
    </w:p>
    <w:p w14:paraId="58113E9C" w14:textId="77777777" w:rsidR="008A0BF7" w:rsidRDefault="00D00288">
      <w:pPr>
        <w:pStyle w:val="ListBullet"/>
      </w:pPr>
      <w:r>
        <w:t>the orderly running of the school;</w:t>
      </w:r>
    </w:p>
    <w:p w14:paraId="289BC828" w14:textId="77777777" w:rsidR="008A0BF7" w:rsidRDefault="00D00288">
      <w:pPr>
        <w:pStyle w:val="ListBullet"/>
      </w:pPr>
      <w:r>
        <w:t>the reputation of the school;</w:t>
      </w:r>
    </w:p>
    <w:p w14:paraId="7B5A6611" w14:textId="77777777" w:rsidR="008A0BF7" w:rsidRDefault="00D00288">
      <w:pPr>
        <w:pStyle w:val="ListBullet"/>
      </w:pPr>
      <w:r>
        <w:t>safeguarding.</w:t>
      </w:r>
    </w:p>
    <w:p w14:paraId="560A9B93" w14:textId="77777777" w:rsidR="008A0BF7" w:rsidRDefault="00D00288">
      <w:r>
        <w:t>Sexual harassment, sexual violence and harmful sexual behaviour online are safeguarding matters and must be reported to the DSL. This includes concerns involving:</w:t>
      </w:r>
    </w:p>
    <w:p w14:paraId="6FFF4AEA" w14:textId="77777777" w:rsidR="008A0BF7" w:rsidRDefault="00D00288">
      <w:pPr>
        <w:pStyle w:val="ListBullet"/>
      </w:pPr>
      <w:r>
        <w:t>requests for nude or semi-nude images;</w:t>
      </w:r>
    </w:p>
    <w:p w14:paraId="2FE9DE28" w14:textId="77777777" w:rsidR="008A0BF7" w:rsidRDefault="00D00288">
      <w:pPr>
        <w:pStyle w:val="ListBullet"/>
      </w:pPr>
      <w:r>
        <w:t>sharing of intimate images;</w:t>
      </w:r>
    </w:p>
    <w:p w14:paraId="39FC74C8" w14:textId="77777777" w:rsidR="008A0BF7" w:rsidRDefault="00D00288">
      <w:pPr>
        <w:pStyle w:val="ListBullet"/>
      </w:pPr>
      <w:r>
        <w:t xml:space="preserve">sexualised </w:t>
      </w:r>
      <w:r>
        <w:t>messages;</w:t>
      </w:r>
    </w:p>
    <w:p w14:paraId="2518E4BD" w14:textId="77777777" w:rsidR="008A0BF7" w:rsidRDefault="00D00288">
      <w:pPr>
        <w:pStyle w:val="ListBullet"/>
      </w:pPr>
      <w:r>
        <w:t>coercion or threats;</w:t>
      </w:r>
    </w:p>
    <w:p w14:paraId="470BF675" w14:textId="77777777" w:rsidR="008A0BF7" w:rsidRDefault="00D00288">
      <w:pPr>
        <w:pStyle w:val="ListBullet"/>
      </w:pPr>
      <w:r>
        <w:t>AI-generated sexual images;</w:t>
      </w:r>
    </w:p>
    <w:p w14:paraId="30FAD181" w14:textId="77777777" w:rsidR="008A0BF7" w:rsidRDefault="00D00288">
      <w:pPr>
        <w:pStyle w:val="ListBullet"/>
      </w:pPr>
      <w:r>
        <w:t>deepfake or digitally altered intimate imagery;</w:t>
      </w:r>
    </w:p>
    <w:p w14:paraId="21440407" w14:textId="77777777" w:rsidR="008A0BF7" w:rsidRDefault="00D00288">
      <w:pPr>
        <w:pStyle w:val="ListBullet"/>
      </w:pPr>
      <w:r>
        <w:t>financially motivated sexual extortion.</w:t>
      </w:r>
    </w:p>
    <w:p w14:paraId="495B42EE" w14:textId="77777777" w:rsidR="008A0BF7" w:rsidRDefault="00D00288">
      <w:r>
        <w:t>Staff must not dismiss such behaviour as banter or an inevitable part of growing up.</w:t>
      </w:r>
    </w:p>
    <w:p w14:paraId="4D237BC0" w14:textId="77777777" w:rsidR="008A0BF7" w:rsidRDefault="00D00288">
      <w:pPr>
        <w:pStyle w:val="Heading1"/>
        <w:pBdr>
          <w:bottom w:val="single" w:sz="4" w:space="3" w:color="3E2B8F"/>
        </w:pBdr>
      </w:pPr>
      <w:r>
        <w:lastRenderedPageBreak/>
        <w:t>Generative Artificial Intelligence</w:t>
      </w:r>
    </w:p>
    <w:p w14:paraId="654F660A" w14:textId="77777777" w:rsidR="008A0BF7" w:rsidRDefault="00D00288">
      <w:r>
        <w:t>Generative artificial intelligence can provide useful educational opportunities but also presents safeguarding, data protection, accuracy, bias and intellectual-property risks. The school will take a cautious, purposeful approach.</w:t>
      </w:r>
    </w:p>
    <w:p w14:paraId="320A800D" w14:textId="77777777" w:rsidR="008A0BF7" w:rsidRDefault="00D00288">
      <w:pPr>
        <w:pStyle w:val="Heading2"/>
      </w:pPr>
      <w:r>
        <w:t xml:space="preserve">Staff Use of </w:t>
      </w:r>
      <w:r>
        <w:t>AI</w:t>
      </w:r>
    </w:p>
    <w:p w14:paraId="57DF3435" w14:textId="77777777" w:rsidR="008A0BF7" w:rsidRDefault="00D00288">
      <w:r>
        <w:t>Staff may only use AI tools in accordance with school-approved arrangements. Staff must:</w:t>
      </w:r>
    </w:p>
    <w:p w14:paraId="28E2CC04" w14:textId="77777777" w:rsidR="008A0BF7" w:rsidRDefault="00D00288">
      <w:pPr>
        <w:pStyle w:val="ListBullet"/>
      </w:pPr>
      <w:r>
        <w:t>use professional judgement;</w:t>
      </w:r>
    </w:p>
    <w:p w14:paraId="1FB98B79" w14:textId="77777777" w:rsidR="008A0BF7" w:rsidRDefault="00D00288">
      <w:pPr>
        <w:pStyle w:val="ListBullet"/>
      </w:pPr>
      <w:r>
        <w:t>check AI-generated information for accuracy and appropriateness;</w:t>
      </w:r>
    </w:p>
    <w:p w14:paraId="2C286884" w14:textId="77777777" w:rsidR="008A0BF7" w:rsidRDefault="00D00288">
      <w:pPr>
        <w:pStyle w:val="ListBullet"/>
      </w:pPr>
      <w:r>
        <w:t>remain responsible for all final professional work;</w:t>
      </w:r>
    </w:p>
    <w:p w14:paraId="253E5557" w14:textId="77777777" w:rsidR="008A0BF7" w:rsidRDefault="00D00288">
      <w:pPr>
        <w:pStyle w:val="ListBullet"/>
      </w:pPr>
      <w:r>
        <w:t>not enter personal, confidential, sensitive, safeguarding or identifiable pupil or staff information into generative AI systems unless the specific use has been approved following appropriate data-protection and IT advice;</w:t>
      </w:r>
    </w:p>
    <w:p w14:paraId="635CA5B9" w14:textId="77777777" w:rsidR="008A0BF7" w:rsidRDefault="00D00288">
      <w:pPr>
        <w:pStyle w:val="ListBullet"/>
      </w:pPr>
      <w:r>
        <w:t>follow data-protection requirements;</w:t>
      </w:r>
    </w:p>
    <w:p w14:paraId="744E901B" w14:textId="77777777" w:rsidR="008A0BF7" w:rsidRDefault="00D00288">
      <w:pPr>
        <w:pStyle w:val="ListBullet"/>
      </w:pPr>
      <w:r>
        <w:t>use school-approved tools where specified;</w:t>
      </w:r>
    </w:p>
    <w:p w14:paraId="04FB5D37" w14:textId="77777777" w:rsidR="008A0BF7" w:rsidRDefault="00D00288">
      <w:pPr>
        <w:pStyle w:val="ListBullet"/>
      </w:pPr>
      <w:r>
        <w:t>disclose or acknowledge AI use where school procedures require it.</w:t>
      </w:r>
    </w:p>
    <w:p w14:paraId="3A33AEC5" w14:textId="77777777" w:rsidR="008A0BF7" w:rsidRDefault="00D00288">
      <w:r>
        <w:t>AI must not replace professional judgement about safeguarding, assessment, teaching or pupils’ needs. Staff should assume that information entered into an AI service may be processed or retained unless the school has established otherwise through an approved arrangement.</w:t>
      </w:r>
    </w:p>
    <w:p w14:paraId="6BC48059" w14:textId="77777777" w:rsidR="008A0BF7" w:rsidRDefault="00D00288">
      <w:pPr>
        <w:pStyle w:val="Heading2"/>
      </w:pPr>
      <w:r>
        <w:t>Pupil Use of AI</w:t>
      </w:r>
    </w:p>
    <w:p w14:paraId="6C7CCCCB" w14:textId="77777777" w:rsidR="008A0BF7" w:rsidRDefault="00D00288">
      <w:r>
        <w:t>Pupils will only use generative AI in school where:</w:t>
      </w:r>
    </w:p>
    <w:p w14:paraId="0AC96855" w14:textId="77777777" w:rsidR="008A0BF7" w:rsidRDefault="00D00288">
      <w:pPr>
        <w:pStyle w:val="ListBullet"/>
      </w:pPr>
      <w:r>
        <w:t>the educational purpose is clear;</w:t>
      </w:r>
    </w:p>
    <w:p w14:paraId="6BB43D99" w14:textId="77777777" w:rsidR="008A0BF7" w:rsidRDefault="00D00288">
      <w:pPr>
        <w:pStyle w:val="ListBullet"/>
      </w:pPr>
      <w:r>
        <w:t>the activity has been approved by the teacher;</w:t>
      </w:r>
    </w:p>
    <w:p w14:paraId="7CAC03AD" w14:textId="77777777" w:rsidR="008A0BF7" w:rsidRDefault="00D00288">
      <w:pPr>
        <w:pStyle w:val="ListBullet"/>
      </w:pPr>
      <w:r>
        <w:t>the tool is age appropriate;</w:t>
      </w:r>
    </w:p>
    <w:p w14:paraId="6E15EFAB" w14:textId="77777777" w:rsidR="008A0BF7" w:rsidRDefault="00D00288">
      <w:pPr>
        <w:pStyle w:val="ListBullet"/>
      </w:pPr>
      <w:r>
        <w:t>relevant age restrictions are followed;</w:t>
      </w:r>
    </w:p>
    <w:p w14:paraId="5A985BA5" w14:textId="77777777" w:rsidR="008A0BF7" w:rsidRDefault="00D00288">
      <w:pPr>
        <w:pStyle w:val="ListBullet"/>
      </w:pPr>
      <w:r>
        <w:t>appropriate filtering and monitoring are in place;</w:t>
      </w:r>
    </w:p>
    <w:p w14:paraId="2200B1C5" w14:textId="77777777" w:rsidR="008A0BF7" w:rsidRDefault="00D00288">
      <w:pPr>
        <w:pStyle w:val="ListBullet"/>
      </w:pPr>
      <w:r>
        <w:t>pupils are appropriately supervised.</w:t>
      </w:r>
    </w:p>
    <w:p w14:paraId="0FB08A77" w14:textId="77777777" w:rsidR="008A0BF7" w:rsidRDefault="00D00288">
      <w:r>
        <w:t>Pupils will be taught that AI-generated content may be:</w:t>
      </w:r>
    </w:p>
    <w:p w14:paraId="02BCBE0B" w14:textId="77777777" w:rsidR="008A0BF7" w:rsidRDefault="00D00288">
      <w:pPr>
        <w:pStyle w:val="ListBullet"/>
      </w:pPr>
      <w:r>
        <w:t>inaccurate;</w:t>
      </w:r>
    </w:p>
    <w:p w14:paraId="1DD35210" w14:textId="77777777" w:rsidR="008A0BF7" w:rsidRDefault="00D00288">
      <w:pPr>
        <w:pStyle w:val="ListBullet"/>
      </w:pPr>
      <w:r>
        <w:t>fabricated;</w:t>
      </w:r>
    </w:p>
    <w:p w14:paraId="4EFFEDC8" w14:textId="77777777" w:rsidR="008A0BF7" w:rsidRDefault="00D00288">
      <w:pPr>
        <w:pStyle w:val="ListBullet"/>
      </w:pPr>
      <w:r>
        <w:t>biased;</w:t>
      </w:r>
    </w:p>
    <w:p w14:paraId="4B51E474" w14:textId="77777777" w:rsidR="008A0BF7" w:rsidRDefault="00D00288">
      <w:pPr>
        <w:pStyle w:val="ListBullet"/>
      </w:pPr>
      <w:r>
        <w:t>misleading;</w:t>
      </w:r>
    </w:p>
    <w:p w14:paraId="1FB604F8" w14:textId="77777777" w:rsidR="008A0BF7" w:rsidRDefault="00D00288">
      <w:pPr>
        <w:pStyle w:val="ListBullet"/>
      </w:pPr>
      <w:r>
        <w:t>inappropriate.</w:t>
      </w:r>
    </w:p>
    <w:p w14:paraId="24E954DE" w14:textId="77777777" w:rsidR="008A0BF7" w:rsidRDefault="00D00288">
      <w:r>
        <w:t>They will be taught to question, check and evaluate AI-generated information.</w:t>
      </w:r>
    </w:p>
    <w:p w14:paraId="26699A06" w14:textId="77777777" w:rsidR="008A0BF7" w:rsidRDefault="00D00288">
      <w:r>
        <w:t>Pupils must not use AI to:</w:t>
      </w:r>
    </w:p>
    <w:p w14:paraId="3C4695B2" w14:textId="77777777" w:rsidR="008A0BF7" w:rsidRDefault="00D00288">
      <w:pPr>
        <w:pStyle w:val="ListBullet"/>
      </w:pPr>
      <w:r>
        <w:t>impersonate another person;</w:t>
      </w:r>
    </w:p>
    <w:p w14:paraId="7AE9AC5F" w14:textId="77777777" w:rsidR="008A0BF7" w:rsidRDefault="00D00288">
      <w:pPr>
        <w:pStyle w:val="ListBullet"/>
      </w:pPr>
      <w:r>
        <w:t>bully, humiliate or harass;</w:t>
      </w:r>
    </w:p>
    <w:p w14:paraId="7186A920" w14:textId="77777777" w:rsidR="008A0BF7" w:rsidRDefault="00D00288">
      <w:pPr>
        <w:pStyle w:val="ListBullet"/>
      </w:pPr>
      <w:r>
        <w:t>create sexual or intimate images of another person;</w:t>
      </w:r>
    </w:p>
    <w:p w14:paraId="56133120" w14:textId="77777777" w:rsidR="008A0BF7" w:rsidRDefault="00D00288">
      <w:pPr>
        <w:pStyle w:val="ListBullet"/>
      </w:pPr>
      <w:r>
        <w:t xml:space="preserve">create harmful or </w:t>
      </w:r>
      <w:r>
        <w:t>discriminatory content;</w:t>
      </w:r>
    </w:p>
    <w:p w14:paraId="3950863F" w14:textId="77777777" w:rsidR="008A0BF7" w:rsidRDefault="00D00288">
      <w:pPr>
        <w:pStyle w:val="ListBullet"/>
      </w:pPr>
      <w:r>
        <w:t>submit work dishonestly as their own;</w:t>
      </w:r>
    </w:p>
    <w:p w14:paraId="613AEEC2" w14:textId="77777777" w:rsidR="008A0BF7" w:rsidRDefault="00D00288">
      <w:pPr>
        <w:pStyle w:val="ListBullet"/>
      </w:pPr>
      <w:r>
        <w:t>evade school security or filtering arrangements.</w:t>
      </w:r>
    </w:p>
    <w:p w14:paraId="2CE67A72" w14:textId="77777777" w:rsidR="008A0BF7" w:rsidRDefault="00D00288">
      <w:r>
        <w:t>Any AI use that raises a safeguarding concern will be reported to the DSL.</w:t>
      </w:r>
    </w:p>
    <w:p w14:paraId="20F42575" w14:textId="77777777" w:rsidR="008A0BF7" w:rsidRDefault="00D00288">
      <w:pPr>
        <w:pStyle w:val="Heading1"/>
        <w:pBdr>
          <w:bottom w:val="single" w:sz="4" w:space="3" w:color="3E2B8F"/>
        </w:pBdr>
      </w:pPr>
      <w:r>
        <w:lastRenderedPageBreak/>
        <w:t>Mobile Phones and Smart Technology</w:t>
      </w:r>
    </w:p>
    <w:p w14:paraId="514DBC44" w14:textId="77777777" w:rsidR="008A0BF7" w:rsidRDefault="00D00288">
      <w:r>
        <w:t>Manuden Primary School is a mobile-phone-free school for pupils. Pupils will not have access to mobile phones during the school day, in line with the school’s Behaviour Policy and current statutory guidance.</w:t>
      </w:r>
    </w:p>
    <w:p w14:paraId="2E3C5079" w14:textId="77777777" w:rsidR="008A0BF7" w:rsidRDefault="00D00288">
      <w:r>
        <w:t>Where a pupil needs to bring a mobile phone to school, for example because they travel independently, it must:</w:t>
      </w:r>
    </w:p>
    <w:p w14:paraId="5AE80EA4" w14:textId="77777777" w:rsidR="008A0BF7" w:rsidRDefault="00D00288">
      <w:pPr>
        <w:spacing w:after="40"/>
        <w:ind w:left="317" w:hanging="173"/>
      </w:pPr>
      <w:r>
        <w:t>1. be switched off before entering school;</w:t>
      </w:r>
    </w:p>
    <w:p w14:paraId="13869DDF" w14:textId="77777777" w:rsidR="008A0BF7" w:rsidRDefault="00D00288">
      <w:pPr>
        <w:spacing w:after="40"/>
        <w:ind w:left="317" w:hanging="173"/>
      </w:pPr>
      <w:r>
        <w:t>2. be handed to the school office on arrival;</w:t>
      </w:r>
    </w:p>
    <w:p w14:paraId="2E6323E4" w14:textId="77777777" w:rsidR="008A0BF7" w:rsidRDefault="00D00288">
      <w:pPr>
        <w:spacing w:after="40"/>
        <w:ind w:left="317" w:hanging="173"/>
      </w:pPr>
      <w:r>
        <w:t>3. remain securely stored during the school day;</w:t>
      </w:r>
    </w:p>
    <w:p w14:paraId="2C64BE4B" w14:textId="77777777" w:rsidR="008A0BF7" w:rsidRDefault="00D00288">
      <w:pPr>
        <w:spacing w:after="40"/>
        <w:ind w:left="317" w:hanging="173"/>
      </w:pPr>
      <w:r>
        <w:t>4. be collected when the pupil leaves school.</w:t>
      </w:r>
    </w:p>
    <w:p w14:paraId="2FE4FC45" w14:textId="77777777" w:rsidR="008A0BF7" w:rsidRDefault="00D00288">
      <w:r>
        <w:t xml:space="preserve">Pupils must not keep mobile phones in </w:t>
      </w:r>
      <w:r>
        <w:t>bags, pockets, trays or classrooms. Failure to follow these expectations will be addressed in accordance with the Behaviour Policy.</w:t>
      </w:r>
    </w:p>
    <w:p w14:paraId="7EAE9F4E" w14:textId="77777777" w:rsidR="008A0BF7" w:rsidRDefault="00D00288">
      <w:pPr>
        <w:pStyle w:val="Heading2"/>
      </w:pPr>
      <w:r>
        <w:t>Smart Watches and Communication Devices</w:t>
      </w:r>
    </w:p>
    <w:p w14:paraId="0C22750A" w14:textId="77777777" w:rsidR="008A0BF7" w:rsidRDefault="00D00288">
      <w:r>
        <w:t>Where a smart watch or similar device can:</w:t>
      </w:r>
    </w:p>
    <w:p w14:paraId="20F0C44C" w14:textId="77777777" w:rsidR="008A0BF7" w:rsidRDefault="00D00288">
      <w:pPr>
        <w:pStyle w:val="ListBullet"/>
      </w:pPr>
      <w:r>
        <w:t>send or receive communications;</w:t>
      </w:r>
    </w:p>
    <w:p w14:paraId="4FA74BE9" w14:textId="77777777" w:rsidR="008A0BF7" w:rsidRDefault="00D00288">
      <w:pPr>
        <w:pStyle w:val="ListBullet"/>
      </w:pPr>
      <w:r>
        <w:t>access the internet;</w:t>
      </w:r>
    </w:p>
    <w:p w14:paraId="6017FB3D" w14:textId="77777777" w:rsidR="008A0BF7" w:rsidRDefault="00D00288">
      <w:pPr>
        <w:pStyle w:val="ListBullet"/>
      </w:pPr>
      <w:r>
        <w:t>take photographs;</w:t>
      </w:r>
    </w:p>
    <w:p w14:paraId="130E4BF3" w14:textId="77777777" w:rsidR="008A0BF7" w:rsidRDefault="00D00288">
      <w:pPr>
        <w:pStyle w:val="ListBullet"/>
      </w:pPr>
      <w:r>
        <w:t>record audio or video;</w:t>
      </w:r>
    </w:p>
    <w:p w14:paraId="26845543" w14:textId="77777777" w:rsidR="008A0BF7" w:rsidRDefault="00D00288">
      <w:r>
        <w:t>these functions must be disabled during the school day. Where this cannot be done satisfactorily, the device may be required to be stored at the school office.</w:t>
      </w:r>
    </w:p>
    <w:p w14:paraId="3DC7B6B8" w14:textId="77777777" w:rsidR="008A0BF7" w:rsidRDefault="00D00288">
      <w:r>
        <w:t>Reasonable adjustments or exceptions may be authorised by the Headteacher where required because of:</w:t>
      </w:r>
    </w:p>
    <w:p w14:paraId="31B98058" w14:textId="77777777" w:rsidR="008A0BF7" w:rsidRDefault="00D00288">
      <w:pPr>
        <w:pStyle w:val="ListBullet"/>
      </w:pPr>
      <w:r>
        <w:t>disability;</w:t>
      </w:r>
    </w:p>
    <w:p w14:paraId="347D7F18" w14:textId="77777777" w:rsidR="008A0BF7" w:rsidRDefault="00D00288">
      <w:pPr>
        <w:pStyle w:val="ListBullet"/>
      </w:pPr>
      <w:r>
        <w:t>SEND;</w:t>
      </w:r>
    </w:p>
    <w:p w14:paraId="4D818E5D" w14:textId="77777777" w:rsidR="008A0BF7" w:rsidRDefault="00D00288">
      <w:pPr>
        <w:pStyle w:val="ListBullet"/>
      </w:pPr>
      <w:r>
        <w:t>medical need;</w:t>
      </w:r>
    </w:p>
    <w:p w14:paraId="7E3F6D08" w14:textId="77777777" w:rsidR="008A0BF7" w:rsidRDefault="00D00288">
      <w:pPr>
        <w:pStyle w:val="ListBullet"/>
      </w:pPr>
      <w:r>
        <w:t>another exceptional circumstance.</w:t>
      </w:r>
    </w:p>
    <w:p w14:paraId="6246D7A5" w14:textId="77777777" w:rsidR="008A0BF7" w:rsidRDefault="00D00288">
      <w:pPr>
        <w:pStyle w:val="Heading2"/>
      </w:pPr>
      <w:r>
        <w:t>Staff Personal Phones</w:t>
      </w:r>
    </w:p>
    <w:p w14:paraId="52CBCC00" w14:textId="77777777" w:rsidR="008A0BF7" w:rsidRDefault="00D00288">
      <w:r>
        <w:t>Staff personal phones should not be used in the presence of pupils except where there is an authorised school purpose or genuine emergency. Personal devices must never be used to:</w:t>
      </w:r>
    </w:p>
    <w:p w14:paraId="6F5E0DE3" w14:textId="77777777" w:rsidR="008A0BF7" w:rsidRDefault="00D00288">
      <w:pPr>
        <w:pStyle w:val="ListBullet"/>
      </w:pPr>
      <w:r>
        <w:t>photograph or record pupils;</w:t>
      </w:r>
    </w:p>
    <w:p w14:paraId="0647C144" w14:textId="77777777" w:rsidR="008A0BF7" w:rsidRDefault="00D00288">
      <w:pPr>
        <w:pStyle w:val="ListBullet"/>
      </w:pPr>
      <w:r>
        <w:t>contact pupils;</w:t>
      </w:r>
    </w:p>
    <w:p w14:paraId="09CE14AA" w14:textId="77777777" w:rsidR="008A0BF7" w:rsidRDefault="00D00288">
      <w:pPr>
        <w:pStyle w:val="ListBullet"/>
      </w:pPr>
      <w:r>
        <w:t>conduct direct school communication with parents where an approved school system is available;</w:t>
      </w:r>
    </w:p>
    <w:p w14:paraId="41FB71C2" w14:textId="77777777" w:rsidR="008A0BF7" w:rsidRDefault="00D00288">
      <w:pPr>
        <w:pStyle w:val="ListBullet"/>
      </w:pPr>
      <w:r>
        <w:t xml:space="preserve">store school safeguarding or </w:t>
      </w:r>
      <w:r>
        <w:t>confidential information.</w:t>
      </w:r>
    </w:p>
    <w:p w14:paraId="6647FB90" w14:textId="77777777" w:rsidR="008A0BF7" w:rsidRDefault="00D00288">
      <w:pPr>
        <w:pStyle w:val="Heading2"/>
      </w:pPr>
      <w:r>
        <w:t>Visitors and Volunteers</w:t>
      </w:r>
    </w:p>
    <w:p w14:paraId="728AA637" w14:textId="77777777" w:rsidR="008A0BF7" w:rsidRDefault="00D00288">
      <w:r>
        <w:t>Visitors and volunteers must follow school instructions relating to personal mobile devices and photography.</w:t>
      </w:r>
    </w:p>
    <w:p w14:paraId="4C178331" w14:textId="77777777" w:rsidR="008A0BF7" w:rsidRDefault="00D00288">
      <w:pPr>
        <w:pStyle w:val="Heading1"/>
        <w:pBdr>
          <w:bottom w:val="single" w:sz="4" w:space="3" w:color="3E2B8F"/>
        </w:pBdr>
      </w:pPr>
      <w:r>
        <w:t>Email, Messaging and Online Communication</w:t>
      </w:r>
    </w:p>
    <w:p w14:paraId="3D10C857" w14:textId="77777777" w:rsidR="008A0BF7" w:rsidRDefault="00D00288">
      <w:r>
        <w:t>Staff must use school-approved accounts, platforms and systems for professional communication. Staff must not:</w:t>
      </w:r>
    </w:p>
    <w:p w14:paraId="47E28DC4" w14:textId="77777777" w:rsidR="008A0BF7" w:rsidRDefault="00D00288">
      <w:pPr>
        <w:pStyle w:val="ListBullet"/>
      </w:pPr>
      <w:r>
        <w:t>communicate privately with pupils using personal accounts;</w:t>
      </w:r>
    </w:p>
    <w:p w14:paraId="59658213" w14:textId="77777777" w:rsidR="008A0BF7" w:rsidRDefault="00D00288">
      <w:pPr>
        <w:pStyle w:val="ListBullet"/>
      </w:pPr>
      <w:r>
        <w:t>give pupils personal social-media details;</w:t>
      </w:r>
    </w:p>
    <w:p w14:paraId="263C05FE" w14:textId="77777777" w:rsidR="008A0BF7" w:rsidRDefault="00D00288">
      <w:pPr>
        <w:pStyle w:val="ListBullet"/>
      </w:pPr>
      <w:r>
        <w:t>use personal social-media messaging to communicate with pupils;</w:t>
      </w:r>
    </w:p>
    <w:p w14:paraId="67BEBB1C" w14:textId="77777777" w:rsidR="008A0BF7" w:rsidRDefault="00D00288">
      <w:pPr>
        <w:pStyle w:val="ListBullet"/>
      </w:pPr>
      <w:r>
        <w:lastRenderedPageBreak/>
        <w:t>use personal email for confidential school business;</w:t>
      </w:r>
    </w:p>
    <w:p w14:paraId="1B1D1936" w14:textId="77777777" w:rsidR="008A0BF7" w:rsidRDefault="00D00288">
      <w:pPr>
        <w:pStyle w:val="ListBullet"/>
      </w:pPr>
      <w:r>
        <w:t>send inappropriate, discriminatory, offensive or unprofessional material.</w:t>
      </w:r>
    </w:p>
    <w:p w14:paraId="465CDFA5" w14:textId="77777777" w:rsidR="008A0BF7" w:rsidRDefault="00D00288">
      <w:r>
        <w:t>Communication with parents must use approved school channels. School business may be subject to information-access, safeguarding and data-protection requirements and should always be written professionally.</w:t>
      </w:r>
    </w:p>
    <w:p w14:paraId="73FC8B2A" w14:textId="77777777" w:rsidR="008A0BF7" w:rsidRDefault="00D00288">
      <w:pPr>
        <w:pStyle w:val="Heading1"/>
        <w:pBdr>
          <w:bottom w:val="single" w:sz="4" w:space="3" w:color="3E2B8F"/>
        </w:pBdr>
      </w:pPr>
      <w:r>
        <w:t>Remote Education and Off-site Use</w:t>
      </w:r>
    </w:p>
    <w:p w14:paraId="3A73BC60" w14:textId="77777777" w:rsidR="008A0BF7" w:rsidRDefault="00D00288">
      <w:r>
        <w:t>Where pupils use school-approved online systems or school-managed devices away from school, the same safeguarding, behaviour and professional-boundary expectations apply.</w:t>
      </w:r>
    </w:p>
    <w:p w14:paraId="050E7AEE" w14:textId="77777777" w:rsidR="008A0BF7" w:rsidRDefault="00D00288">
      <w:r>
        <w:t>The school will:</w:t>
      </w:r>
    </w:p>
    <w:p w14:paraId="178EBDF3" w14:textId="77777777" w:rsidR="008A0BF7" w:rsidRDefault="00D00288">
      <w:pPr>
        <w:pStyle w:val="ListBullet"/>
      </w:pPr>
      <w:r>
        <w:t>use approved platforms and accounts;</w:t>
      </w:r>
    </w:p>
    <w:p w14:paraId="5A19E3AD" w14:textId="77777777" w:rsidR="008A0BF7" w:rsidRDefault="00D00288">
      <w:pPr>
        <w:pStyle w:val="ListBullet"/>
      </w:pPr>
      <w:r>
        <w:t>make parents and carers aware of the main platforms or sites pupils are expected to use where appropriate;</w:t>
      </w:r>
    </w:p>
    <w:p w14:paraId="2E4039DE" w14:textId="77777777" w:rsidR="008A0BF7" w:rsidRDefault="00D00288">
      <w:pPr>
        <w:pStyle w:val="ListBullet"/>
      </w:pPr>
      <w:r>
        <w:t>ensure staff maintain professional boundaries in remote communication;</w:t>
      </w:r>
    </w:p>
    <w:p w14:paraId="70F8C134" w14:textId="77777777" w:rsidR="008A0BF7" w:rsidRDefault="00D00288">
      <w:pPr>
        <w:pStyle w:val="ListBullet"/>
      </w:pPr>
      <w:r>
        <w:t>apply filtering and monitoring to school-managed devices away from school where technically applicable;</w:t>
      </w:r>
    </w:p>
    <w:p w14:paraId="1218D3A4" w14:textId="77777777" w:rsidR="008A0BF7" w:rsidRDefault="00D00288">
      <w:pPr>
        <w:pStyle w:val="ListBullet"/>
      </w:pPr>
      <w:r>
        <w:t>respond to safeguarding concerns through the normal DSL and CPOMS procedures.</w:t>
      </w:r>
    </w:p>
    <w:p w14:paraId="5D7BF5D8" w14:textId="77777777" w:rsidR="008A0BF7" w:rsidRDefault="00D00288">
      <w:pPr>
        <w:pStyle w:val="Heading1"/>
        <w:pBdr>
          <w:bottom w:val="single" w:sz="4" w:space="3" w:color="3E2B8F"/>
        </w:pBdr>
      </w:pPr>
      <w:r>
        <w:t>Social Media</w:t>
      </w:r>
    </w:p>
    <w:p w14:paraId="7793534E" w14:textId="77777777" w:rsidR="008A0BF7" w:rsidRDefault="00D00288">
      <w:r>
        <w:t>Only authorised staff may post on official Manuden Primary School social-media accounts. School social-media accounts must:</w:t>
      </w:r>
    </w:p>
    <w:p w14:paraId="69EFD07E" w14:textId="77777777" w:rsidR="008A0BF7" w:rsidRDefault="00D00288">
      <w:pPr>
        <w:pStyle w:val="ListBullet"/>
      </w:pPr>
      <w:r>
        <w:t>have appropriate administrative controls;</w:t>
      </w:r>
    </w:p>
    <w:p w14:paraId="301E670A" w14:textId="77777777" w:rsidR="008A0BF7" w:rsidRDefault="00D00288">
      <w:pPr>
        <w:pStyle w:val="ListBullet"/>
      </w:pPr>
      <w:r>
        <w:t>have more than one authorised administrator wherever practicable;</w:t>
      </w:r>
    </w:p>
    <w:p w14:paraId="1963A860" w14:textId="77777777" w:rsidR="008A0BF7" w:rsidRDefault="00D00288">
      <w:pPr>
        <w:pStyle w:val="ListBullet"/>
      </w:pPr>
      <w:r>
        <w:t>use secure passwords and multi-factor authentication where available;</w:t>
      </w:r>
    </w:p>
    <w:p w14:paraId="1F3F3821" w14:textId="77777777" w:rsidR="008A0BF7" w:rsidRDefault="00D00288">
      <w:pPr>
        <w:pStyle w:val="ListBullet"/>
      </w:pPr>
      <w:r>
        <w:t>comply with safeguarding and data-protection requirements;</w:t>
      </w:r>
    </w:p>
    <w:p w14:paraId="575907E1" w14:textId="77777777" w:rsidR="008A0BF7" w:rsidRDefault="00D00288">
      <w:pPr>
        <w:pStyle w:val="ListBullet"/>
      </w:pPr>
      <w:r>
        <w:t>use pupil images only in accordance with school permissions and the appropriate lawful basis.</w:t>
      </w:r>
    </w:p>
    <w:p w14:paraId="0D901DEE" w14:textId="77777777" w:rsidR="008A0BF7" w:rsidRDefault="00D00288">
      <w:r>
        <w:t xml:space="preserve">Staff must maintain appropriate professional boundaries online. Staff should not use personal social-media accounts to discuss </w:t>
      </w:r>
      <w:r>
        <w:t>confidential school matters or post material that breaches professional standards, safeguarding duties or confidentiality. Staff should refer to the Staff Code of Conduct for detailed expectations.</w:t>
      </w:r>
    </w:p>
    <w:p w14:paraId="6CD8E91B" w14:textId="77777777" w:rsidR="008A0BF7" w:rsidRDefault="00D00288">
      <w:pPr>
        <w:pStyle w:val="Heading1"/>
        <w:pBdr>
          <w:bottom w:val="single" w:sz="4" w:space="3" w:color="3E2B8F"/>
        </w:pBdr>
      </w:pPr>
      <w:r>
        <w:t>Photographs, Video and Audio</w:t>
      </w:r>
    </w:p>
    <w:p w14:paraId="5873B31C" w14:textId="77777777" w:rsidR="008A0BF7" w:rsidRDefault="00D00288">
      <w:r>
        <w:t>Images and recordings of identifiable pupils are personal data and will be managed in accordance with the school’s data-protection arrangements.</w:t>
      </w:r>
    </w:p>
    <w:p w14:paraId="69AB0E37" w14:textId="77777777" w:rsidR="008A0BF7" w:rsidRDefault="00D00288">
      <w:r>
        <w:t>Staff must use school-owned or specifically authorised devices to photograph, film or record pupils for school purposes. Staff must not use personal devices to take or store photographs, video or audio of pupils.</w:t>
      </w:r>
    </w:p>
    <w:p w14:paraId="624D3409" w14:textId="77777777" w:rsidR="008A0BF7" w:rsidRDefault="00D00288">
      <w:r>
        <w:t>Before publishing or sharing images, the school will:</w:t>
      </w:r>
    </w:p>
    <w:p w14:paraId="46D2383A" w14:textId="77777777" w:rsidR="008A0BF7" w:rsidRDefault="00D00288">
      <w:pPr>
        <w:pStyle w:val="ListBullet"/>
      </w:pPr>
      <w:r>
        <w:t>check relevant permissions and restrictions;</w:t>
      </w:r>
    </w:p>
    <w:p w14:paraId="09C3E5AF" w14:textId="77777777" w:rsidR="008A0BF7" w:rsidRDefault="00D00288">
      <w:pPr>
        <w:pStyle w:val="ListBullet"/>
      </w:pPr>
      <w:r>
        <w:t>consider the appropriate lawful basis;</w:t>
      </w:r>
    </w:p>
    <w:p w14:paraId="3B4F3188" w14:textId="77777777" w:rsidR="008A0BF7" w:rsidRDefault="00D00288">
      <w:pPr>
        <w:pStyle w:val="ListBullet"/>
      </w:pPr>
      <w:r>
        <w:t>consider any safeguarding restrictions;</w:t>
      </w:r>
    </w:p>
    <w:p w14:paraId="682C08C5" w14:textId="77777777" w:rsidR="008A0BF7" w:rsidRDefault="00D00288">
      <w:pPr>
        <w:pStyle w:val="ListBullet"/>
      </w:pPr>
      <w:r>
        <w:t>ensure the use is consistent with the school’s privacy information.</w:t>
      </w:r>
    </w:p>
    <w:p w14:paraId="7C5949A6" w14:textId="77777777" w:rsidR="008A0BF7" w:rsidRDefault="00D00288">
      <w:r>
        <w:t>Particular care will be taken before publishing pupil images publicly or through social media.</w:t>
      </w:r>
    </w:p>
    <w:p w14:paraId="086B6E94" w14:textId="77777777" w:rsidR="008A0BF7" w:rsidRDefault="00D00288">
      <w:pPr>
        <w:pStyle w:val="Heading2"/>
      </w:pPr>
      <w:r>
        <w:lastRenderedPageBreak/>
        <w:t>Photography by Parents and Visitors</w:t>
      </w:r>
    </w:p>
    <w:p w14:paraId="1C7DCE41" w14:textId="77777777" w:rsidR="008A0BF7" w:rsidRDefault="00D00288">
      <w:r>
        <w:t>The school may set appropriate rules for photography and recording at school events to protect pupil privacy and safeguarding. Parents and visitors must follow any instructions given by the school. Images containing other people’s children must not be publicly shared online without appropriate permission.</w:t>
      </w:r>
    </w:p>
    <w:p w14:paraId="215E46B7" w14:textId="77777777" w:rsidR="008A0BF7" w:rsidRDefault="00D00288">
      <w:pPr>
        <w:pStyle w:val="Heading1"/>
        <w:pBdr>
          <w:bottom w:val="single" w:sz="4" w:space="3" w:color="3E2B8F"/>
        </w:pBdr>
      </w:pPr>
      <w:r>
        <w:t>Passwords, Accounts and Cyber Security</w:t>
      </w:r>
    </w:p>
    <w:p w14:paraId="38CBAFAD" w14:textId="77777777" w:rsidR="008A0BF7" w:rsidRDefault="00D00288">
      <w:r>
        <w:t>Users must protect school systems and information. Staff and pupils must:</w:t>
      </w:r>
    </w:p>
    <w:p w14:paraId="791F477A" w14:textId="77777777" w:rsidR="008A0BF7" w:rsidRDefault="00D00288">
      <w:pPr>
        <w:pStyle w:val="ListBullet"/>
      </w:pPr>
      <w:r>
        <w:t>keep passwords private;</w:t>
      </w:r>
    </w:p>
    <w:p w14:paraId="40060609" w14:textId="77777777" w:rsidR="008A0BF7" w:rsidRDefault="00D00288">
      <w:pPr>
        <w:pStyle w:val="ListBullet"/>
      </w:pPr>
      <w:r>
        <w:t>use strong passwords where required;</w:t>
      </w:r>
    </w:p>
    <w:p w14:paraId="422264B5" w14:textId="77777777" w:rsidR="008A0BF7" w:rsidRDefault="00D00288">
      <w:pPr>
        <w:pStyle w:val="ListBullet"/>
      </w:pPr>
      <w:r>
        <w:t>not use another person’s account;</w:t>
      </w:r>
    </w:p>
    <w:p w14:paraId="3C7E3AA3" w14:textId="77777777" w:rsidR="008A0BF7" w:rsidRDefault="00D00288">
      <w:pPr>
        <w:pStyle w:val="ListBullet"/>
      </w:pPr>
      <w:r>
        <w:t>use multi-factor authentication where provided;</w:t>
      </w:r>
    </w:p>
    <w:p w14:paraId="519C529C" w14:textId="77777777" w:rsidR="008A0BF7" w:rsidRDefault="00D00288">
      <w:pPr>
        <w:pStyle w:val="ListBullet"/>
      </w:pPr>
      <w:r>
        <w:t>lock devices when unattended;</w:t>
      </w:r>
    </w:p>
    <w:p w14:paraId="751A0AE0" w14:textId="77777777" w:rsidR="008A0BF7" w:rsidRDefault="00D00288">
      <w:pPr>
        <w:pStyle w:val="ListBullet"/>
      </w:pPr>
      <w:r>
        <w:t>report suspicious emails, messages or links;</w:t>
      </w:r>
    </w:p>
    <w:p w14:paraId="03203C46" w14:textId="77777777" w:rsidR="008A0BF7" w:rsidRDefault="00D00288">
      <w:pPr>
        <w:pStyle w:val="ListBullet"/>
      </w:pPr>
      <w:r>
        <w:t>report lost or stolen devices promptly;</w:t>
      </w:r>
    </w:p>
    <w:p w14:paraId="06B4F784" w14:textId="77777777" w:rsidR="008A0BF7" w:rsidRDefault="00D00288">
      <w:pPr>
        <w:pStyle w:val="ListBullet"/>
      </w:pPr>
      <w:r>
        <w:t>not install unauthorised software;</w:t>
      </w:r>
    </w:p>
    <w:p w14:paraId="67882B44" w14:textId="77777777" w:rsidR="008A0BF7" w:rsidRDefault="00D00288">
      <w:pPr>
        <w:pStyle w:val="ListBullet"/>
      </w:pPr>
      <w:r>
        <w:t>not attempt to bypass school security systems;</w:t>
      </w:r>
    </w:p>
    <w:p w14:paraId="6DF0B5E5" w14:textId="77777777" w:rsidR="008A0BF7" w:rsidRDefault="00D00288">
      <w:pPr>
        <w:pStyle w:val="ListBullet"/>
      </w:pPr>
      <w:r>
        <w:t>follow IT instructions relating to updates and cyber security.</w:t>
      </w:r>
    </w:p>
    <w:p w14:paraId="467EF9D1" w14:textId="77777777" w:rsidR="008A0BF7" w:rsidRDefault="00D00288">
      <w:r>
        <w:t>Staff should be alert to phishing, impersonation and financial scams, including those created using AI. Any suspected cyber-security incident must be reported promptly to the Headteacher and/or IT support as appropriate.</w:t>
      </w:r>
    </w:p>
    <w:p w14:paraId="1042A8DC" w14:textId="77777777" w:rsidR="008A0BF7" w:rsidRDefault="00D00288">
      <w:pPr>
        <w:pStyle w:val="Heading1"/>
        <w:pBdr>
          <w:bottom w:val="single" w:sz="4" w:space="3" w:color="3E2B8F"/>
        </w:pBdr>
      </w:pPr>
      <w:r>
        <w:t>New Apps, Platforms and Technology</w:t>
      </w:r>
    </w:p>
    <w:p w14:paraId="6854C2E8" w14:textId="77777777" w:rsidR="008A0BF7" w:rsidRDefault="00D00288">
      <w:r>
        <w:t>New technology must not be introduced simply because it is convenient or attractive. Before a new online platform, app, AI tool or digital service involving pupils or personal data is adopted, the school will consider:</w:t>
      </w:r>
    </w:p>
    <w:p w14:paraId="16C626F5" w14:textId="77777777" w:rsidR="008A0BF7" w:rsidRDefault="00D00288">
      <w:pPr>
        <w:pStyle w:val="ListBullet"/>
      </w:pPr>
      <w:r>
        <w:t>educational purpose;</w:t>
      </w:r>
    </w:p>
    <w:p w14:paraId="4AD15554" w14:textId="77777777" w:rsidR="008A0BF7" w:rsidRDefault="00D00288">
      <w:pPr>
        <w:pStyle w:val="ListBullet"/>
      </w:pPr>
      <w:r>
        <w:t>safeguarding risk;</w:t>
      </w:r>
    </w:p>
    <w:p w14:paraId="5BC34690" w14:textId="77777777" w:rsidR="008A0BF7" w:rsidRDefault="00D00288">
      <w:pPr>
        <w:pStyle w:val="ListBullet"/>
      </w:pPr>
      <w:r>
        <w:t>age restrictions;</w:t>
      </w:r>
    </w:p>
    <w:p w14:paraId="6D76F45A" w14:textId="77777777" w:rsidR="008A0BF7" w:rsidRDefault="00D00288">
      <w:pPr>
        <w:pStyle w:val="ListBullet"/>
      </w:pPr>
      <w:r>
        <w:t>privacy and data protection;</w:t>
      </w:r>
    </w:p>
    <w:p w14:paraId="07890C12" w14:textId="77777777" w:rsidR="008A0BF7" w:rsidRDefault="00D00288">
      <w:pPr>
        <w:pStyle w:val="ListBullet"/>
      </w:pPr>
      <w:r>
        <w:t>terms and conditions;</w:t>
      </w:r>
    </w:p>
    <w:p w14:paraId="2FA0CD41" w14:textId="77777777" w:rsidR="008A0BF7" w:rsidRDefault="00D00288">
      <w:pPr>
        <w:pStyle w:val="ListBullet"/>
      </w:pPr>
      <w:r>
        <w:t>filtering and monitoring;</w:t>
      </w:r>
    </w:p>
    <w:p w14:paraId="46EF11BA" w14:textId="77777777" w:rsidR="008A0BF7" w:rsidRDefault="00D00288">
      <w:pPr>
        <w:pStyle w:val="ListBullet"/>
      </w:pPr>
      <w:r>
        <w:t>cyber security;</w:t>
      </w:r>
    </w:p>
    <w:p w14:paraId="5C87E19D" w14:textId="77777777" w:rsidR="008A0BF7" w:rsidRDefault="00D00288">
      <w:pPr>
        <w:pStyle w:val="ListBullet"/>
      </w:pPr>
      <w:r>
        <w:t>accessibility and SEND;</w:t>
      </w:r>
    </w:p>
    <w:p w14:paraId="63E72417" w14:textId="77777777" w:rsidR="008A0BF7" w:rsidRDefault="00D00288">
      <w:pPr>
        <w:pStyle w:val="ListBullet"/>
      </w:pPr>
      <w:r>
        <w:t>whether a Data Protection Impact Assessment is required;</w:t>
      </w:r>
    </w:p>
    <w:p w14:paraId="35608150" w14:textId="77777777" w:rsidR="008A0BF7" w:rsidRDefault="00D00288">
      <w:pPr>
        <w:pStyle w:val="ListBullet"/>
      </w:pPr>
      <w:r>
        <w:t>whether parental information or permission is appropriate.</w:t>
      </w:r>
    </w:p>
    <w:p w14:paraId="524DB6AC" w14:textId="77777777" w:rsidR="008A0BF7" w:rsidRDefault="00D00288">
      <w:r>
        <w:t>Staff must not create pupil accounts on unapproved platforms without appropriate authorisation.</w:t>
      </w:r>
    </w:p>
    <w:p w14:paraId="0A65D1CF" w14:textId="77777777" w:rsidR="008A0BF7" w:rsidRDefault="00D00288">
      <w:pPr>
        <w:pStyle w:val="Heading1"/>
        <w:pBdr>
          <w:bottom w:val="single" w:sz="4" w:space="3" w:color="3E2B8F"/>
        </w:pBdr>
      </w:pPr>
      <w:r>
        <w:t>Online Safety Curriculum</w:t>
      </w:r>
    </w:p>
    <w:p w14:paraId="7F2EA632" w14:textId="77777777" w:rsidR="008A0BF7" w:rsidRDefault="00D00288">
      <w:r>
        <w:t>Online safety will be taught through an age-appropriate and progressive curriculum including:</w:t>
      </w:r>
    </w:p>
    <w:p w14:paraId="3BAACE9D" w14:textId="77777777" w:rsidR="008A0BF7" w:rsidRDefault="00D00288">
      <w:pPr>
        <w:pStyle w:val="ListBullet"/>
      </w:pPr>
      <w:r>
        <w:t>Computing;</w:t>
      </w:r>
    </w:p>
    <w:p w14:paraId="22C54004" w14:textId="77777777" w:rsidR="008A0BF7" w:rsidRDefault="00D00288">
      <w:pPr>
        <w:pStyle w:val="ListBullet"/>
      </w:pPr>
      <w:r>
        <w:t>Relationships Education;</w:t>
      </w:r>
    </w:p>
    <w:p w14:paraId="0435B146" w14:textId="77777777" w:rsidR="008A0BF7" w:rsidRDefault="00D00288">
      <w:pPr>
        <w:pStyle w:val="ListBullet"/>
      </w:pPr>
      <w:r>
        <w:t>Health Education;</w:t>
      </w:r>
    </w:p>
    <w:p w14:paraId="1ADE796A" w14:textId="77777777" w:rsidR="008A0BF7" w:rsidRDefault="00D00288">
      <w:pPr>
        <w:pStyle w:val="ListBullet"/>
      </w:pPr>
      <w:r>
        <w:t>PSHE;</w:t>
      </w:r>
    </w:p>
    <w:p w14:paraId="63E486B6" w14:textId="77777777" w:rsidR="008A0BF7" w:rsidRDefault="00D00288">
      <w:pPr>
        <w:pStyle w:val="ListBullet"/>
      </w:pPr>
      <w:r>
        <w:t>relevant curriculum opportunities across other subjects.</w:t>
      </w:r>
    </w:p>
    <w:p w14:paraId="5110DE97" w14:textId="77777777" w:rsidR="008A0BF7" w:rsidRDefault="00D00288">
      <w:r>
        <w:t>Teaching will include:</w:t>
      </w:r>
    </w:p>
    <w:p w14:paraId="0F3824F8" w14:textId="77777777" w:rsidR="008A0BF7" w:rsidRDefault="00D00288">
      <w:pPr>
        <w:pStyle w:val="ListBullet"/>
      </w:pPr>
      <w:r>
        <w:lastRenderedPageBreak/>
        <w:t>how to report concerns and seek help;</w:t>
      </w:r>
    </w:p>
    <w:p w14:paraId="77EEF6F6" w14:textId="77777777" w:rsidR="008A0BF7" w:rsidRDefault="00D00288">
      <w:pPr>
        <w:pStyle w:val="ListBullet"/>
      </w:pPr>
      <w:r>
        <w:t>privacy and personal information;</w:t>
      </w:r>
    </w:p>
    <w:p w14:paraId="25853667" w14:textId="77777777" w:rsidR="008A0BF7" w:rsidRDefault="00D00288">
      <w:pPr>
        <w:pStyle w:val="ListBullet"/>
      </w:pPr>
      <w:r>
        <w:t>passwords and security;</w:t>
      </w:r>
    </w:p>
    <w:p w14:paraId="0284CACA" w14:textId="77777777" w:rsidR="008A0BF7" w:rsidRDefault="00D00288">
      <w:pPr>
        <w:pStyle w:val="ListBullet"/>
      </w:pPr>
      <w:r>
        <w:t>online relationships;</w:t>
      </w:r>
    </w:p>
    <w:p w14:paraId="3B6451CB" w14:textId="77777777" w:rsidR="008A0BF7" w:rsidRDefault="00D00288">
      <w:pPr>
        <w:pStyle w:val="ListBullet"/>
      </w:pPr>
      <w:r>
        <w:t xml:space="preserve">grooming and unsafe </w:t>
      </w:r>
      <w:r>
        <w:t>contact;</w:t>
      </w:r>
    </w:p>
    <w:p w14:paraId="12A2AB3F" w14:textId="77777777" w:rsidR="008A0BF7" w:rsidRDefault="00D00288">
      <w:pPr>
        <w:pStyle w:val="ListBullet"/>
      </w:pPr>
      <w:r>
        <w:t>online bullying;</w:t>
      </w:r>
    </w:p>
    <w:p w14:paraId="059059D8" w14:textId="77777777" w:rsidR="008A0BF7" w:rsidRDefault="00D00288">
      <w:pPr>
        <w:pStyle w:val="ListBullet"/>
      </w:pPr>
      <w:r>
        <w:t>respectful communication;</w:t>
      </w:r>
    </w:p>
    <w:p w14:paraId="0DD371AA" w14:textId="77777777" w:rsidR="008A0BF7" w:rsidRDefault="00D00288">
      <w:pPr>
        <w:pStyle w:val="ListBullet"/>
      </w:pPr>
      <w:r>
        <w:t>image sharing;</w:t>
      </w:r>
    </w:p>
    <w:p w14:paraId="03BC3119" w14:textId="77777777" w:rsidR="008A0BF7" w:rsidRDefault="00D00288">
      <w:pPr>
        <w:pStyle w:val="ListBullet"/>
      </w:pPr>
      <w:r>
        <w:t>digital footprints and reputation;</w:t>
      </w:r>
    </w:p>
    <w:p w14:paraId="65B4313F" w14:textId="77777777" w:rsidR="008A0BF7" w:rsidRDefault="00D00288">
      <w:pPr>
        <w:pStyle w:val="ListBullet"/>
      </w:pPr>
      <w:r>
        <w:t>misinformation and disinformation;</w:t>
      </w:r>
    </w:p>
    <w:p w14:paraId="4CD21B52" w14:textId="77777777" w:rsidR="008A0BF7" w:rsidRDefault="00D00288">
      <w:pPr>
        <w:pStyle w:val="ListBullet"/>
      </w:pPr>
      <w:r>
        <w:t>AI-generated content;</w:t>
      </w:r>
    </w:p>
    <w:p w14:paraId="336F0609" w14:textId="77777777" w:rsidR="008A0BF7" w:rsidRDefault="00D00288">
      <w:pPr>
        <w:pStyle w:val="ListBullet"/>
      </w:pPr>
      <w:r>
        <w:t>critical evaluation of online information;</w:t>
      </w:r>
    </w:p>
    <w:p w14:paraId="45475AAA" w14:textId="77777777" w:rsidR="008A0BF7" w:rsidRDefault="00D00288">
      <w:pPr>
        <w:pStyle w:val="ListBullet"/>
      </w:pPr>
      <w:r>
        <w:t>age restrictions;</w:t>
      </w:r>
    </w:p>
    <w:p w14:paraId="5D6E0BF7" w14:textId="77777777" w:rsidR="008A0BF7" w:rsidRDefault="00D00288">
      <w:pPr>
        <w:pStyle w:val="ListBullet"/>
      </w:pPr>
      <w:r>
        <w:t xml:space="preserve">online advertising and </w:t>
      </w:r>
      <w:r>
        <w:t>commercial pressure;</w:t>
      </w:r>
    </w:p>
    <w:p w14:paraId="61CDE542" w14:textId="77777777" w:rsidR="008A0BF7" w:rsidRDefault="00D00288">
      <w:pPr>
        <w:pStyle w:val="ListBullet"/>
      </w:pPr>
      <w:r>
        <w:t>scams and phishing;</w:t>
      </w:r>
    </w:p>
    <w:p w14:paraId="32E10FB6" w14:textId="77777777" w:rsidR="008A0BF7" w:rsidRDefault="00D00288">
      <w:pPr>
        <w:pStyle w:val="ListBullet"/>
      </w:pPr>
      <w:r>
        <w:t>online gaming;</w:t>
      </w:r>
    </w:p>
    <w:p w14:paraId="7F2480D2" w14:textId="77777777" w:rsidR="008A0BF7" w:rsidRDefault="00D00288">
      <w:pPr>
        <w:pStyle w:val="ListBullet"/>
      </w:pPr>
      <w:r>
        <w:t>healthy and balanced use of technology;</w:t>
      </w:r>
    </w:p>
    <w:p w14:paraId="366EF1F9" w14:textId="77777777" w:rsidR="008A0BF7" w:rsidRDefault="00D00288">
      <w:pPr>
        <w:pStyle w:val="ListBullet"/>
      </w:pPr>
      <w:r>
        <w:t>copyright and ownership;</w:t>
      </w:r>
    </w:p>
    <w:p w14:paraId="5945B6B2" w14:textId="77777777" w:rsidR="008A0BF7" w:rsidRDefault="00D00288">
      <w:pPr>
        <w:pStyle w:val="ListBullet"/>
      </w:pPr>
      <w:r>
        <w:t>harmful or illegal content.</w:t>
      </w:r>
    </w:p>
    <w:p w14:paraId="627EB150" w14:textId="77777777" w:rsidR="008A0BF7" w:rsidRDefault="00D00288">
      <w:r>
        <w:t>The curriculum will respond where necessary to emerging risks affecting pupils. External visitors used to support online-safety education will be appropriately checked and their content considered in advance.</w:t>
      </w:r>
    </w:p>
    <w:p w14:paraId="3165446C" w14:textId="77777777" w:rsidR="008A0BF7" w:rsidRDefault="00D00288">
      <w:pPr>
        <w:pStyle w:val="Heading1"/>
        <w:pBdr>
          <w:bottom w:val="single" w:sz="4" w:space="3" w:color="3E2B8F"/>
        </w:pBdr>
      </w:pPr>
      <w:r>
        <w:t>Pupils with SEND and Additional Vulnerabilities</w:t>
      </w:r>
    </w:p>
    <w:p w14:paraId="14FEAE77" w14:textId="77777777" w:rsidR="008A0BF7" w:rsidRDefault="00D00288">
      <w:r>
        <w:t>We recognise that online risk is not experienced equally by all pupils. Some children may:</w:t>
      </w:r>
    </w:p>
    <w:p w14:paraId="0977CCCC" w14:textId="77777777" w:rsidR="008A0BF7" w:rsidRDefault="00D00288">
      <w:pPr>
        <w:pStyle w:val="ListBullet"/>
      </w:pPr>
      <w:r>
        <w:t>find online communication harder to interpret;</w:t>
      </w:r>
    </w:p>
    <w:p w14:paraId="53F85F1D" w14:textId="77777777" w:rsidR="008A0BF7" w:rsidRDefault="00D00288">
      <w:pPr>
        <w:pStyle w:val="ListBullet"/>
      </w:pPr>
      <w:r>
        <w:t>be more trusting of strangers;</w:t>
      </w:r>
    </w:p>
    <w:p w14:paraId="7A65AD6E" w14:textId="77777777" w:rsidR="008A0BF7" w:rsidRDefault="00D00288">
      <w:pPr>
        <w:pStyle w:val="ListBullet"/>
      </w:pPr>
      <w:r>
        <w:t>find it harder to identify manipulation;</w:t>
      </w:r>
    </w:p>
    <w:p w14:paraId="29BB4342" w14:textId="77777777" w:rsidR="008A0BF7" w:rsidRDefault="00D00288">
      <w:pPr>
        <w:pStyle w:val="ListBullet"/>
      </w:pPr>
      <w:r>
        <w:t>have difficulty understanding privacy;</w:t>
      </w:r>
    </w:p>
    <w:p w14:paraId="100FFCD7" w14:textId="77777777" w:rsidR="008A0BF7" w:rsidRDefault="00D00288">
      <w:pPr>
        <w:pStyle w:val="ListBullet"/>
      </w:pPr>
      <w:r>
        <w:t>be more vulnerable to bullying or exploitation;</w:t>
      </w:r>
    </w:p>
    <w:p w14:paraId="506390FB" w14:textId="77777777" w:rsidR="008A0BF7" w:rsidRDefault="00D00288">
      <w:pPr>
        <w:pStyle w:val="ListBullet"/>
      </w:pPr>
      <w:r>
        <w:t>require repeated or adapted teaching.</w:t>
      </w:r>
    </w:p>
    <w:p w14:paraId="16BDD4F6" w14:textId="77777777" w:rsidR="008A0BF7" w:rsidRDefault="00D00288">
      <w:r>
        <w:t>Online-safety teaching and support will therefore be adapted where necessary. The DSL and SENCo will work together where online risk relates to a pupil’s individual needs.</w:t>
      </w:r>
    </w:p>
    <w:p w14:paraId="0B9FAACD" w14:textId="77777777" w:rsidR="008A0BF7" w:rsidRDefault="00D00288">
      <w:pPr>
        <w:pStyle w:val="Heading1"/>
        <w:pBdr>
          <w:bottom w:val="single" w:sz="4" w:space="3" w:color="3E2B8F"/>
        </w:pBdr>
      </w:pPr>
      <w:r>
        <w:t>Working with Parents and Carers</w:t>
      </w:r>
    </w:p>
    <w:p w14:paraId="07682E40" w14:textId="77777777" w:rsidR="008A0BF7" w:rsidRDefault="00D00288">
      <w:r>
        <w:t>The school recognises that much of children’s online activity takes place outside school. We will support families by sharing relevant information about:</w:t>
      </w:r>
    </w:p>
    <w:p w14:paraId="42C3146F" w14:textId="77777777" w:rsidR="008A0BF7" w:rsidRDefault="00D00288">
      <w:pPr>
        <w:pStyle w:val="ListBullet"/>
      </w:pPr>
      <w:r>
        <w:t>emerging online risks;</w:t>
      </w:r>
    </w:p>
    <w:p w14:paraId="50F3AF3B" w14:textId="77777777" w:rsidR="008A0BF7" w:rsidRDefault="00D00288">
      <w:pPr>
        <w:pStyle w:val="ListBullet"/>
      </w:pPr>
      <w:r>
        <w:t>apps, games and social media;</w:t>
      </w:r>
    </w:p>
    <w:p w14:paraId="2F963A29" w14:textId="77777777" w:rsidR="008A0BF7" w:rsidRDefault="00D00288">
      <w:pPr>
        <w:pStyle w:val="ListBullet"/>
      </w:pPr>
      <w:r>
        <w:t>age restrictions;</w:t>
      </w:r>
    </w:p>
    <w:p w14:paraId="3141F490" w14:textId="77777777" w:rsidR="008A0BF7" w:rsidRDefault="00D00288">
      <w:pPr>
        <w:pStyle w:val="ListBullet"/>
      </w:pPr>
      <w:r>
        <w:t>parental controls;</w:t>
      </w:r>
    </w:p>
    <w:p w14:paraId="4A4FFE98" w14:textId="77777777" w:rsidR="008A0BF7" w:rsidRDefault="00D00288">
      <w:pPr>
        <w:pStyle w:val="ListBullet"/>
      </w:pPr>
      <w:r>
        <w:t>online bullying;</w:t>
      </w:r>
    </w:p>
    <w:p w14:paraId="79E6F597" w14:textId="77777777" w:rsidR="008A0BF7" w:rsidRDefault="00D00288">
      <w:pPr>
        <w:pStyle w:val="ListBullet"/>
      </w:pPr>
      <w:r>
        <w:t>scams;</w:t>
      </w:r>
    </w:p>
    <w:p w14:paraId="2C68A309" w14:textId="77777777" w:rsidR="008A0BF7" w:rsidRDefault="00D00288">
      <w:pPr>
        <w:pStyle w:val="ListBullet"/>
      </w:pPr>
      <w:r>
        <w:t>image sharing;</w:t>
      </w:r>
    </w:p>
    <w:p w14:paraId="45434971" w14:textId="77777777" w:rsidR="008A0BF7" w:rsidRDefault="00D00288">
      <w:pPr>
        <w:pStyle w:val="ListBullet"/>
      </w:pPr>
      <w:r>
        <w:t>AI;</w:t>
      </w:r>
    </w:p>
    <w:p w14:paraId="41653E3B" w14:textId="77777777" w:rsidR="008A0BF7" w:rsidRDefault="00D00288">
      <w:pPr>
        <w:pStyle w:val="ListBullet"/>
      </w:pPr>
      <w:r>
        <w:t>healthy technology use;</w:t>
      </w:r>
    </w:p>
    <w:p w14:paraId="64113087" w14:textId="77777777" w:rsidR="008A0BF7" w:rsidRDefault="00D00288">
      <w:pPr>
        <w:pStyle w:val="ListBullet"/>
      </w:pPr>
      <w:r>
        <w:lastRenderedPageBreak/>
        <w:t>where to seek help.</w:t>
      </w:r>
    </w:p>
    <w:p w14:paraId="027F95BF" w14:textId="77777777" w:rsidR="008A0BF7" w:rsidRDefault="00D00288">
      <w:r>
        <w:t>Parents should contact the school where online activity outside school is affecting a pupil’s safety, wellbeing or relationships within school. The school will seek to work constructively with families while recognising that safeguarding action may sometimes be required.</w:t>
      </w:r>
    </w:p>
    <w:p w14:paraId="73A066AC" w14:textId="77777777" w:rsidR="008A0BF7" w:rsidRDefault="00D00288">
      <w:pPr>
        <w:pStyle w:val="Heading1"/>
        <w:pBdr>
          <w:bottom w:val="single" w:sz="4" w:space="3" w:color="3E2B8F"/>
        </w:pBdr>
      </w:pPr>
      <w:r>
        <w:t>Staff Training</w:t>
      </w:r>
    </w:p>
    <w:p w14:paraId="6B8FCDB8" w14:textId="77777777" w:rsidR="008A0BF7" w:rsidRDefault="00D00288">
      <w:r>
        <w:t>All staff will receive online-safety training as part of safeguarding training and induction. Training will include:</w:t>
      </w:r>
    </w:p>
    <w:p w14:paraId="06D3F8B8" w14:textId="77777777" w:rsidR="008A0BF7" w:rsidRDefault="00D00288">
      <w:pPr>
        <w:pStyle w:val="ListBullet"/>
      </w:pPr>
      <w:r>
        <w:t>online safeguarding risks;</w:t>
      </w:r>
    </w:p>
    <w:p w14:paraId="0CF95B7A" w14:textId="77777777" w:rsidR="008A0BF7" w:rsidRDefault="00D00288">
      <w:pPr>
        <w:pStyle w:val="ListBullet"/>
      </w:pPr>
      <w:r>
        <w:t>filtering and monitoring;</w:t>
      </w:r>
    </w:p>
    <w:p w14:paraId="55370660" w14:textId="77777777" w:rsidR="008A0BF7" w:rsidRDefault="00D00288">
      <w:pPr>
        <w:pStyle w:val="ListBullet"/>
      </w:pPr>
      <w:r>
        <w:t>reporting procedures;</w:t>
      </w:r>
    </w:p>
    <w:p w14:paraId="3AFC6D69" w14:textId="77777777" w:rsidR="008A0BF7" w:rsidRDefault="00D00288">
      <w:pPr>
        <w:pStyle w:val="ListBullet"/>
      </w:pPr>
      <w:r>
        <w:t>cyber security;</w:t>
      </w:r>
    </w:p>
    <w:p w14:paraId="00FE3B80" w14:textId="77777777" w:rsidR="008A0BF7" w:rsidRDefault="00D00288">
      <w:pPr>
        <w:pStyle w:val="ListBullet"/>
      </w:pPr>
      <w:r>
        <w:t>professional online conduct;</w:t>
      </w:r>
    </w:p>
    <w:p w14:paraId="343D559F" w14:textId="77777777" w:rsidR="008A0BF7" w:rsidRDefault="00D00288">
      <w:pPr>
        <w:pStyle w:val="ListBullet"/>
      </w:pPr>
      <w:r>
        <w:t>emerging technologies and risks where relevant.</w:t>
      </w:r>
    </w:p>
    <w:p w14:paraId="300A907A" w14:textId="77777777" w:rsidR="008A0BF7" w:rsidRDefault="00D00288">
      <w:r>
        <w:t>Staff will receive updates at least annually and additionally where significant new risks or requirements arise. Governors will receive sufficient information and training to fulfil their safeguarding and filtering and monitoring responsibilities.</w:t>
      </w:r>
    </w:p>
    <w:p w14:paraId="205563E3" w14:textId="77777777" w:rsidR="008A0BF7" w:rsidRDefault="00D00288">
      <w:pPr>
        <w:pStyle w:val="Heading1"/>
        <w:pBdr>
          <w:bottom w:val="single" w:sz="4" w:space="3" w:color="3E2B8F"/>
        </w:pBdr>
      </w:pPr>
      <w:r>
        <w:t>Annual Online Safety Review</w:t>
      </w:r>
    </w:p>
    <w:p w14:paraId="06E5C935" w14:textId="77777777" w:rsidR="008A0BF7" w:rsidRDefault="00D00288">
      <w:r>
        <w:t>Online risks change quickly. The school will therefore review its overall approach to online safety at least annually. The review will consider:</w:t>
      </w:r>
    </w:p>
    <w:p w14:paraId="3864A7E5" w14:textId="77777777" w:rsidR="008A0BF7" w:rsidRDefault="00D00288">
      <w:pPr>
        <w:pStyle w:val="ListBullet"/>
      </w:pPr>
      <w:r>
        <w:t>significant incidents and CPOMS information;</w:t>
      </w:r>
    </w:p>
    <w:p w14:paraId="0889CFC7" w14:textId="77777777" w:rsidR="008A0BF7" w:rsidRDefault="00D00288">
      <w:pPr>
        <w:pStyle w:val="ListBullet"/>
      </w:pPr>
      <w:r>
        <w:t>pupil voice;</w:t>
      </w:r>
    </w:p>
    <w:p w14:paraId="29F4BD57" w14:textId="77777777" w:rsidR="008A0BF7" w:rsidRDefault="00D00288">
      <w:pPr>
        <w:pStyle w:val="ListBullet"/>
      </w:pPr>
      <w:r>
        <w:t>curriculum provision;</w:t>
      </w:r>
    </w:p>
    <w:p w14:paraId="2D10875A" w14:textId="77777777" w:rsidR="008A0BF7" w:rsidRDefault="00D00288">
      <w:pPr>
        <w:pStyle w:val="ListBullet"/>
      </w:pPr>
      <w:r>
        <w:t>safeguarding trends;</w:t>
      </w:r>
    </w:p>
    <w:p w14:paraId="6E254BE1" w14:textId="77777777" w:rsidR="008A0BF7" w:rsidRDefault="00D00288">
      <w:pPr>
        <w:pStyle w:val="ListBullet"/>
      </w:pPr>
      <w:r>
        <w:t>new technology;</w:t>
      </w:r>
    </w:p>
    <w:p w14:paraId="27DCDBD1" w14:textId="77777777" w:rsidR="008A0BF7" w:rsidRDefault="00D00288">
      <w:pPr>
        <w:pStyle w:val="ListBullet"/>
      </w:pPr>
      <w:r>
        <w:t>generative AI;</w:t>
      </w:r>
    </w:p>
    <w:p w14:paraId="5EE9BC1D" w14:textId="77777777" w:rsidR="008A0BF7" w:rsidRDefault="00D00288">
      <w:pPr>
        <w:pStyle w:val="ListBullet"/>
      </w:pPr>
      <w:r>
        <w:t>filtering and monitoring;</w:t>
      </w:r>
    </w:p>
    <w:p w14:paraId="47E2808C" w14:textId="77777777" w:rsidR="008A0BF7" w:rsidRDefault="00D00288">
      <w:pPr>
        <w:pStyle w:val="ListBullet"/>
      </w:pPr>
      <w:r>
        <w:t>staff training;</w:t>
      </w:r>
    </w:p>
    <w:p w14:paraId="576A56CC" w14:textId="77777777" w:rsidR="008A0BF7" w:rsidRDefault="00D00288">
      <w:pPr>
        <w:pStyle w:val="ListBullet"/>
      </w:pPr>
      <w:r>
        <w:t>pupil groups who may be particularly vulnerable;</w:t>
      </w:r>
    </w:p>
    <w:p w14:paraId="2590A514" w14:textId="77777777" w:rsidR="008A0BF7" w:rsidRDefault="00D00288">
      <w:pPr>
        <w:pStyle w:val="ListBullet"/>
      </w:pPr>
      <w:r>
        <w:t>feedback from staff, pupils and parents where relevant.</w:t>
      </w:r>
    </w:p>
    <w:p w14:paraId="3919C95B" w14:textId="77777777" w:rsidR="008A0BF7" w:rsidRDefault="00D00288">
      <w:r>
        <w:t>An online-safety risk assessment will support this review. Actions identified will be included within safeguarding, curriculum, technology or school-improvement planning as appropriate.</w:t>
      </w:r>
    </w:p>
    <w:p w14:paraId="2D4E80C6" w14:textId="77777777" w:rsidR="008A0BF7" w:rsidRDefault="00D00288">
      <w:pPr>
        <w:pStyle w:val="Heading1"/>
        <w:pBdr>
          <w:bottom w:val="single" w:sz="4" w:space="3" w:color="3E2B8F"/>
        </w:pBdr>
      </w:pPr>
      <w:r>
        <w:t>Monitoring and Governance</w:t>
      </w:r>
    </w:p>
    <w:p w14:paraId="37AF082B" w14:textId="77777777" w:rsidR="008A0BF7" w:rsidRDefault="00D00288">
      <w:r>
        <w:t xml:space="preserve">The Headteacher and DSL will </w:t>
      </w:r>
      <w:r>
        <w:t>monitor implementation of this policy. Governors will receive appropriate information to enable them to assure themselves that:</w:t>
      </w:r>
    </w:p>
    <w:p w14:paraId="50D92419" w14:textId="77777777" w:rsidR="008A0BF7" w:rsidRDefault="00D00288">
      <w:pPr>
        <w:pStyle w:val="ListBullet"/>
      </w:pPr>
      <w:r>
        <w:t>online safety is embedded within safeguarding;</w:t>
      </w:r>
    </w:p>
    <w:p w14:paraId="354AC20D" w14:textId="77777777" w:rsidR="008A0BF7" w:rsidRDefault="00D00288">
      <w:pPr>
        <w:pStyle w:val="ListBullet"/>
      </w:pPr>
      <w:r>
        <w:t>significant risks are being addressed;</w:t>
      </w:r>
    </w:p>
    <w:p w14:paraId="100346F1" w14:textId="77777777" w:rsidR="008A0BF7" w:rsidRDefault="00D00288">
      <w:pPr>
        <w:pStyle w:val="ListBullet"/>
      </w:pPr>
      <w:r>
        <w:t>appropriate filtering and monitoring are operating;</w:t>
      </w:r>
    </w:p>
    <w:p w14:paraId="68C53356" w14:textId="77777777" w:rsidR="008A0BF7" w:rsidRDefault="00D00288">
      <w:pPr>
        <w:pStyle w:val="ListBullet"/>
      </w:pPr>
      <w:r>
        <w:t>staff understand their responsibilities;</w:t>
      </w:r>
    </w:p>
    <w:p w14:paraId="704F5563" w14:textId="77777777" w:rsidR="008A0BF7" w:rsidRDefault="00D00288">
      <w:pPr>
        <w:pStyle w:val="ListBullet"/>
      </w:pPr>
      <w:r>
        <w:t>children are being taught how to remain safe online.</w:t>
      </w:r>
    </w:p>
    <w:p w14:paraId="2E8BAD6E" w14:textId="77777777" w:rsidR="008A0BF7" w:rsidRDefault="00D00288">
      <w:r>
        <w:t>Information shared with governors will protect individual confidentiality.</w:t>
      </w:r>
    </w:p>
    <w:p w14:paraId="3F890F2E" w14:textId="77777777" w:rsidR="008A0BF7" w:rsidRDefault="00D00288">
      <w:r>
        <w:lastRenderedPageBreak/>
        <w:t>This policy will be reviewed annually and earlier where statutory guidance, safeguarding risks, technology, filtering and monitoring arrangements or school systems change materially.</w:t>
      </w:r>
    </w:p>
    <w:p w14:paraId="081836B9" w14:textId="77777777" w:rsidR="008A0BF7" w:rsidRDefault="00D00288">
      <w:r>
        <w:br w:type="page"/>
      </w:r>
    </w:p>
    <w:p w14:paraId="23F816F9" w14:textId="77777777" w:rsidR="008A0BF7" w:rsidRDefault="00D00288">
      <w:pPr>
        <w:pStyle w:val="Heading1"/>
        <w:pBdr>
          <w:bottom w:val="single" w:sz="4" w:space="3" w:color="3E2B8F"/>
        </w:pBdr>
      </w:pPr>
      <w:r>
        <w:lastRenderedPageBreak/>
        <w:t>Appendix 1 – Manuden Primary School Pupil Online Safety Rules</w:t>
      </w:r>
    </w:p>
    <w:p w14:paraId="7F961808" w14:textId="77777777" w:rsidR="008A0BF7" w:rsidRDefault="00D00288">
      <w:pPr>
        <w:pStyle w:val="ManudenProcess"/>
        <w:jc w:val="center"/>
      </w:pPr>
      <w:r>
        <w:t>SAFE  –  RESPECTFUL  –  READY ONLINE</w:t>
      </w:r>
    </w:p>
    <w:p w14:paraId="3C24F958" w14:textId="77777777" w:rsidR="008A0BF7" w:rsidRDefault="00D00288">
      <w:r>
        <w:t>When using technology at Manuden Primary School:</w:t>
      </w:r>
    </w:p>
    <w:tbl>
      <w:tblPr>
        <w:tblW w:w="0" w:type="auto"/>
        <w:jc w:val="center"/>
        <w:tblLayout w:type="fixed"/>
        <w:tblLook w:val="04A0" w:firstRow="1" w:lastRow="0" w:firstColumn="1" w:lastColumn="0" w:noHBand="0" w:noVBand="1"/>
      </w:tblPr>
      <w:tblGrid>
        <w:gridCol w:w="3389"/>
        <w:gridCol w:w="3389"/>
        <w:gridCol w:w="3389"/>
      </w:tblGrid>
      <w:tr w:rsidR="008A0BF7" w14:paraId="153CACDF" w14:textId="77777777">
        <w:trPr>
          <w:cantSplit/>
          <w:tblHeader/>
          <w:jc w:val="center"/>
        </w:trPr>
        <w:tc>
          <w:tcPr>
            <w:tcW w:w="3389" w:type="dxa"/>
            <w:tcBorders>
              <w:top w:val="single" w:sz="6" w:space="0" w:color="3E2B8F"/>
              <w:left w:val="single" w:sz="6" w:space="0" w:color="3E2B8F"/>
              <w:bottom w:val="single" w:sz="6" w:space="0" w:color="3E2B8F"/>
              <w:right w:val="single" w:sz="6" w:space="0" w:color="3E2B8F"/>
            </w:tcBorders>
            <w:shd w:val="clear" w:color="auto" w:fill="3E2B8F"/>
            <w:tcMar>
              <w:top w:w="90" w:type="dxa"/>
              <w:left w:w="90" w:type="dxa"/>
              <w:bottom w:w="90" w:type="dxa"/>
              <w:right w:w="90" w:type="dxa"/>
            </w:tcMar>
            <w:vAlign w:val="center"/>
          </w:tcPr>
          <w:p w14:paraId="717E8A58" w14:textId="77777777" w:rsidR="008A0BF7" w:rsidRDefault="00D00288">
            <w:pPr>
              <w:jc w:val="center"/>
            </w:pPr>
            <w:r>
              <w:rPr>
                <w:b/>
                <w:color w:val="FFFFFF"/>
                <w:sz w:val="20"/>
              </w:rPr>
              <w:t>I will be SAFE</w:t>
            </w:r>
          </w:p>
        </w:tc>
        <w:tc>
          <w:tcPr>
            <w:tcW w:w="3389" w:type="dxa"/>
            <w:tcBorders>
              <w:top w:val="single" w:sz="6" w:space="0" w:color="3E2B8F"/>
              <w:left w:val="single" w:sz="6" w:space="0" w:color="3E2B8F"/>
              <w:bottom w:val="single" w:sz="6" w:space="0" w:color="3E2B8F"/>
              <w:right w:val="single" w:sz="6" w:space="0" w:color="3E2B8F"/>
            </w:tcBorders>
            <w:shd w:val="clear" w:color="auto" w:fill="F3C300"/>
            <w:tcMar>
              <w:top w:w="90" w:type="dxa"/>
              <w:left w:w="90" w:type="dxa"/>
              <w:bottom w:w="90" w:type="dxa"/>
              <w:right w:w="90" w:type="dxa"/>
            </w:tcMar>
            <w:vAlign w:val="center"/>
          </w:tcPr>
          <w:p w14:paraId="1E8E48F5" w14:textId="77777777" w:rsidR="008A0BF7" w:rsidRDefault="00D00288">
            <w:pPr>
              <w:jc w:val="center"/>
            </w:pPr>
            <w:r>
              <w:rPr>
                <w:b/>
                <w:color w:val="25324A"/>
                <w:sz w:val="20"/>
              </w:rPr>
              <w:t>I will be RESPECTFUL</w:t>
            </w:r>
          </w:p>
        </w:tc>
        <w:tc>
          <w:tcPr>
            <w:tcW w:w="3389" w:type="dxa"/>
            <w:tcBorders>
              <w:top w:val="single" w:sz="6" w:space="0" w:color="3E2B8F"/>
              <w:left w:val="single" w:sz="6" w:space="0" w:color="3E2B8F"/>
              <w:bottom w:val="single" w:sz="6" w:space="0" w:color="3E2B8F"/>
              <w:right w:val="single" w:sz="6" w:space="0" w:color="3E2B8F"/>
            </w:tcBorders>
            <w:shd w:val="clear" w:color="auto" w:fill="3E2B8F"/>
            <w:tcMar>
              <w:top w:w="90" w:type="dxa"/>
              <w:left w:w="90" w:type="dxa"/>
              <w:bottom w:w="90" w:type="dxa"/>
              <w:right w:w="90" w:type="dxa"/>
            </w:tcMar>
            <w:vAlign w:val="center"/>
          </w:tcPr>
          <w:p w14:paraId="5391A390" w14:textId="77777777" w:rsidR="008A0BF7" w:rsidRDefault="00D00288">
            <w:pPr>
              <w:jc w:val="center"/>
            </w:pPr>
            <w:r>
              <w:rPr>
                <w:b/>
                <w:color w:val="FFFFFF"/>
                <w:sz w:val="20"/>
              </w:rPr>
              <w:t>I will be READY</w:t>
            </w:r>
          </w:p>
        </w:tc>
      </w:tr>
      <w:tr w:rsidR="008A0BF7" w14:paraId="598C8966"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tcMar>
              <w:top w:w="90" w:type="dxa"/>
              <w:left w:w="90" w:type="dxa"/>
              <w:bottom w:w="90" w:type="dxa"/>
              <w:right w:w="90" w:type="dxa"/>
            </w:tcMar>
          </w:tcPr>
          <w:p w14:paraId="53C0AD85" w14:textId="77777777" w:rsidR="008A0BF7" w:rsidRDefault="00D00288">
            <w:pPr>
              <w:spacing w:after="40" w:line="240" w:lineRule="auto"/>
            </w:pPr>
            <w:r>
              <w:rPr>
                <w:b/>
                <w:color w:val="3E2B8F"/>
                <w:sz w:val="17"/>
              </w:rPr>
              <w:t xml:space="preserve">• </w:t>
            </w:r>
            <w:r>
              <w:rPr>
                <w:sz w:val="17"/>
              </w:rPr>
              <w:t>I will use school technology only for activities agreed by an adult.</w:t>
            </w:r>
          </w:p>
          <w:p w14:paraId="21CD9E3C" w14:textId="77777777" w:rsidR="008A0BF7" w:rsidRDefault="00D00288">
            <w:pPr>
              <w:spacing w:after="40" w:line="240" w:lineRule="auto"/>
            </w:pPr>
            <w:r>
              <w:rPr>
                <w:b/>
                <w:color w:val="3E2B8F"/>
                <w:sz w:val="17"/>
              </w:rPr>
              <w:t xml:space="preserve">• </w:t>
            </w:r>
            <w:r>
              <w:rPr>
                <w:sz w:val="17"/>
              </w:rPr>
              <w:t>I will keep my passwords private.</w:t>
            </w:r>
          </w:p>
          <w:p w14:paraId="683C323F" w14:textId="77777777" w:rsidR="008A0BF7" w:rsidRDefault="00D00288">
            <w:pPr>
              <w:spacing w:after="40" w:line="240" w:lineRule="auto"/>
            </w:pPr>
            <w:r>
              <w:rPr>
                <w:b/>
                <w:color w:val="3E2B8F"/>
                <w:sz w:val="17"/>
              </w:rPr>
              <w:t xml:space="preserve">• </w:t>
            </w:r>
            <w:r>
              <w:rPr>
                <w:sz w:val="17"/>
              </w:rPr>
              <w:t xml:space="preserve">I will not share personal information such as my address, telephone number or </w:t>
            </w:r>
            <w:r>
              <w:rPr>
                <w:sz w:val="17"/>
              </w:rPr>
              <w:t>passwords.</w:t>
            </w:r>
          </w:p>
          <w:p w14:paraId="68607B8B" w14:textId="77777777" w:rsidR="008A0BF7" w:rsidRDefault="00D00288">
            <w:pPr>
              <w:spacing w:after="40" w:line="240" w:lineRule="auto"/>
            </w:pPr>
            <w:r>
              <w:rPr>
                <w:b/>
                <w:color w:val="3E2B8F"/>
                <w:sz w:val="17"/>
              </w:rPr>
              <w:t xml:space="preserve">• </w:t>
            </w:r>
            <w:r>
              <w:rPr>
                <w:sz w:val="17"/>
              </w:rPr>
              <w:t>I will tell an adult if anything online worries, frightens or confuses me.</w:t>
            </w:r>
          </w:p>
          <w:p w14:paraId="58706979" w14:textId="77777777" w:rsidR="008A0BF7" w:rsidRDefault="00D00288">
            <w:pPr>
              <w:spacing w:after="40" w:line="240" w:lineRule="auto"/>
            </w:pPr>
            <w:r>
              <w:rPr>
                <w:b/>
                <w:color w:val="3E2B8F"/>
                <w:sz w:val="17"/>
              </w:rPr>
              <w:t xml:space="preserve">• </w:t>
            </w:r>
            <w:r>
              <w:rPr>
                <w:sz w:val="17"/>
              </w:rPr>
              <w:t>I will not arrange to meet someone I only know online.</w:t>
            </w:r>
          </w:p>
          <w:p w14:paraId="6B8B28F6" w14:textId="77777777" w:rsidR="008A0BF7" w:rsidRDefault="00D00288">
            <w:pPr>
              <w:spacing w:after="40" w:line="240" w:lineRule="auto"/>
            </w:pPr>
            <w:r>
              <w:rPr>
                <w:b/>
                <w:color w:val="3E2B8F"/>
                <w:sz w:val="17"/>
              </w:rPr>
              <w:t xml:space="preserve">• </w:t>
            </w:r>
            <w:r>
              <w:rPr>
                <w:sz w:val="17"/>
              </w:rPr>
              <w:t>I will not try to bypass school security or filtering.</w:t>
            </w:r>
          </w:p>
          <w:p w14:paraId="54AF55AF" w14:textId="77777777" w:rsidR="008A0BF7" w:rsidRDefault="00D00288">
            <w:pPr>
              <w:spacing w:after="40" w:line="240" w:lineRule="auto"/>
            </w:pPr>
            <w:r>
              <w:rPr>
                <w:b/>
                <w:color w:val="3E2B8F"/>
                <w:sz w:val="17"/>
              </w:rPr>
              <w:t xml:space="preserve">• </w:t>
            </w:r>
            <w:r>
              <w:rPr>
                <w:sz w:val="17"/>
              </w:rPr>
              <w:t>I will only use AI or other online tools when my teacher has said I may.</w:t>
            </w:r>
          </w:p>
        </w:tc>
        <w:tc>
          <w:tcPr>
            <w:tcW w:w="3389" w:type="dxa"/>
            <w:tcBorders>
              <w:top w:val="single" w:sz="5" w:space="0" w:color="D8DCE3"/>
              <w:left w:val="single" w:sz="5" w:space="0" w:color="D8DCE3"/>
              <w:bottom w:val="single" w:sz="5" w:space="0" w:color="D8DCE3"/>
              <w:right w:val="single" w:sz="5" w:space="0" w:color="D8DCE3"/>
            </w:tcBorders>
            <w:tcMar>
              <w:top w:w="90" w:type="dxa"/>
              <w:left w:w="90" w:type="dxa"/>
              <w:bottom w:w="90" w:type="dxa"/>
              <w:right w:w="90" w:type="dxa"/>
            </w:tcMar>
          </w:tcPr>
          <w:p w14:paraId="6576FF33" w14:textId="77777777" w:rsidR="008A0BF7" w:rsidRDefault="00D00288">
            <w:pPr>
              <w:spacing w:after="40" w:line="240" w:lineRule="auto"/>
            </w:pPr>
            <w:r>
              <w:rPr>
                <w:b/>
                <w:color w:val="3E2B8F"/>
                <w:sz w:val="17"/>
              </w:rPr>
              <w:t xml:space="preserve">• </w:t>
            </w:r>
            <w:r>
              <w:rPr>
                <w:sz w:val="17"/>
              </w:rPr>
              <w:t>I will use kind and appropriate language online.</w:t>
            </w:r>
          </w:p>
          <w:p w14:paraId="2129458F" w14:textId="77777777" w:rsidR="008A0BF7" w:rsidRDefault="00D00288">
            <w:pPr>
              <w:spacing w:after="40" w:line="240" w:lineRule="auto"/>
            </w:pPr>
            <w:r>
              <w:rPr>
                <w:b/>
                <w:color w:val="3E2B8F"/>
                <w:sz w:val="17"/>
              </w:rPr>
              <w:t xml:space="preserve">• </w:t>
            </w:r>
            <w:r>
              <w:rPr>
                <w:sz w:val="17"/>
              </w:rPr>
              <w:t>I will not bully, threaten or deliberately upset another person.</w:t>
            </w:r>
          </w:p>
          <w:p w14:paraId="475E465B" w14:textId="77777777" w:rsidR="008A0BF7" w:rsidRDefault="00D00288">
            <w:pPr>
              <w:spacing w:after="40" w:line="240" w:lineRule="auto"/>
            </w:pPr>
            <w:r>
              <w:rPr>
                <w:b/>
                <w:color w:val="3E2B8F"/>
                <w:sz w:val="17"/>
              </w:rPr>
              <w:t xml:space="preserve">• </w:t>
            </w:r>
            <w:r>
              <w:rPr>
                <w:sz w:val="17"/>
              </w:rPr>
              <w:t>I will not take, change or share someone’s image without permission.</w:t>
            </w:r>
          </w:p>
          <w:p w14:paraId="06BDEEDF" w14:textId="77777777" w:rsidR="008A0BF7" w:rsidRDefault="00D00288">
            <w:pPr>
              <w:spacing w:after="40" w:line="240" w:lineRule="auto"/>
            </w:pPr>
            <w:r>
              <w:rPr>
                <w:b/>
                <w:color w:val="3E2B8F"/>
                <w:sz w:val="17"/>
              </w:rPr>
              <w:t xml:space="preserve">• </w:t>
            </w:r>
            <w:r>
              <w:rPr>
                <w:sz w:val="17"/>
              </w:rPr>
              <w:t>I will respect other people’s work, files and accounts.</w:t>
            </w:r>
          </w:p>
          <w:p w14:paraId="3F81A45F" w14:textId="77777777" w:rsidR="008A0BF7" w:rsidRDefault="00D00288">
            <w:pPr>
              <w:spacing w:after="40" w:line="240" w:lineRule="auto"/>
            </w:pPr>
            <w:r>
              <w:rPr>
                <w:b/>
                <w:color w:val="3E2B8F"/>
                <w:sz w:val="17"/>
              </w:rPr>
              <w:t xml:space="preserve">• </w:t>
            </w:r>
            <w:r>
              <w:rPr>
                <w:sz w:val="17"/>
              </w:rPr>
              <w:t>I will tell an adult if someone is being treated badly online.</w:t>
            </w:r>
          </w:p>
        </w:tc>
        <w:tc>
          <w:tcPr>
            <w:tcW w:w="3389" w:type="dxa"/>
            <w:tcBorders>
              <w:top w:val="single" w:sz="5" w:space="0" w:color="D8DCE3"/>
              <w:left w:val="single" w:sz="5" w:space="0" w:color="D8DCE3"/>
              <w:bottom w:val="single" w:sz="5" w:space="0" w:color="D8DCE3"/>
              <w:right w:val="single" w:sz="5" w:space="0" w:color="D8DCE3"/>
            </w:tcBorders>
            <w:tcMar>
              <w:top w:w="90" w:type="dxa"/>
              <w:left w:w="90" w:type="dxa"/>
              <w:bottom w:w="90" w:type="dxa"/>
              <w:right w:w="90" w:type="dxa"/>
            </w:tcMar>
          </w:tcPr>
          <w:p w14:paraId="6B8BB5AA" w14:textId="77777777" w:rsidR="008A0BF7" w:rsidRDefault="00D00288">
            <w:pPr>
              <w:spacing w:after="40" w:line="240" w:lineRule="auto"/>
            </w:pPr>
            <w:r>
              <w:rPr>
                <w:b/>
                <w:color w:val="3E2B8F"/>
                <w:sz w:val="17"/>
              </w:rPr>
              <w:t xml:space="preserve">• </w:t>
            </w:r>
            <w:r>
              <w:rPr>
                <w:sz w:val="17"/>
              </w:rPr>
              <w:t>I will use technology for learning when asked.</w:t>
            </w:r>
          </w:p>
          <w:p w14:paraId="69C51CD6" w14:textId="77777777" w:rsidR="008A0BF7" w:rsidRDefault="00D00288">
            <w:pPr>
              <w:spacing w:after="40" w:line="240" w:lineRule="auto"/>
            </w:pPr>
            <w:r>
              <w:rPr>
                <w:b/>
                <w:color w:val="3E2B8F"/>
                <w:sz w:val="17"/>
              </w:rPr>
              <w:t xml:space="preserve">• </w:t>
            </w:r>
            <w:r>
              <w:rPr>
                <w:sz w:val="17"/>
              </w:rPr>
              <w:t>I will follow instructions from adults.</w:t>
            </w:r>
          </w:p>
          <w:p w14:paraId="49F0351A" w14:textId="77777777" w:rsidR="008A0BF7" w:rsidRDefault="00D00288">
            <w:pPr>
              <w:spacing w:after="40" w:line="240" w:lineRule="auto"/>
            </w:pPr>
            <w:r>
              <w:rPr>
                <w:b/>
                <w:color w:val="3E2B8F"/>
                <w:sz w:val="17"/>
              </w:rPr>
              <w:t xml:space="preserve">• </w:t>
            </w:r>
            <w:r>
              <w:rPr>
                <w:sz w:val="17"/>
              </w:rPr>
              <w:t>I will think carefully about whether online information is reliable.</w:t>
            </w:r>
          </w:p>
          <w:p w14:paraId="1F320DD9" w14:textId="77777777" w:rsidR="008A0BF7" w:rsidRDefault="00D00288">
            <w:pPr>
              <w:spacing w:after="40" w:line="240" w:lineRule="auto"/>
            </w:pPr>
            <w:r>
              <w:rPr>
                <w:b/>
                <w:color w:val="3E2B8F"/>
                <w:sz w:val="17"/>
              </w:rPr>
              <w:t xml:space="preserve">• </w:t>
            </w:r>
            <w:r>
              <w:rPr>
                <w:sz w:val="17"/>
              </w:rPr>
              <w:t>I will remember that AI and websites can give incorrect or misleading information.</w:t>
            </w:r>
          </w:p>
          <w:p w14:paraId="5E4A0AC8" w14:textId="77777777" w:rsidR="008A0BF7" w:rsidRDefault="00D00288">
            <w:pPr>
              <w:spacing w:after="40" w:line="240" w:lineRule="auto"/>
            </w:pPr>
            <w:r>
              <w:rPr>
                <w:b/>
                <w:color w:val="3E2B8F"/>
                <w:sz w:val="17"/>
              </w:rPr>
              <w:t xml:space="preserve">• </w:t>
            </w:r>
            <w:r>
              <w:rPr>
                <w:sz w:val="17"/>
              </w:rPr>
              <w:t>I will ask for help when I am unsure.</w:t>
            </w:r>
          </w:p>
        </w:tc>
      </w:tr>
    </w:tbl>
    <w:p w14:paraId="7F7FF9B9" w14:textId="77777777" w:rsidR="008A0BF7" w:rsidRDefault="00D00288">
      <w:pPr>
        <w:pStyle w:val="Heading2"/>
      </w:pPr>
      <w:r>
        <w:t>Mobile Phones</w:t>
      </w:r>
    </w:p>
    <w:p w14:paraId="6B9C2F15" w14:textId="77777777" w:rsidR="008A0BF7" w:rsidRDefault="00D00288">
      <w:r>
        <w:t>Manuden Primary School is a mobile-phone-free school.</w:t>
      </w:r>
    </w:p>
    <w:p w14:paraId="61C722A7" w14:textId="77777777" w:rsidR="008A0BF7" w:rsidRDefault="00D00288">
      <w:r>
        <w:t>If I need to bring a mobile phone to school, I understand that it must be:</w:t>
      </w:r>
    </w:p>
    <w:p w14:paraId="2F893B68" w14:textId="77777777" w:rsidR="008A0BF7" w:rsidRDefault="00D00288">
      <w:pPr>
        <w:pStyle w:val="ManudenProcess"/>
        <w:jc w:val="center"/>
      </w:pPr>
      <w:r>
        <w:t>SWITCHED OFF  →  HANDED TO THE OFFICE  →  STORED DURING THE DAY  →  COLLECTED WHEN I LEAVE</w:t>
      </w:r>
    </w:p>
    <w:p w14:paraId="3EB8DD59" w14:textId="77777777" w:rsidR="008A0BF7" w:rsidRDefault="00D00288">
      <w:r>
        <w:t>I understand that these rules are designed to keep me and other people safe. If I make a mistake online, I will tell an adult so that they can help me.</w:t>
      </w:r>
    </w:p>
    <w:sectPr w:rsidR="008A0BF7" w:rsidSect="00034616">
      <w:footerReference w:type="default" r:id="rId9"/>
      <w:pgSz w:w="12240" w:h="15840"/>
      <w:pgMar w:top="792" w:right="1037" w:bottom="792"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18339" w14:textId="77777777" w:rsidR="00D00288" w:rsidRDefault="00D00288">
      <w:pPr>
        <w:spacing w:after="0" w:line="240" w:lineRule="auto"/>
      </w:pPr>
      <w:r>
        <w:separator/>
      </w:r>
    </w:p>
  </w:endnote>
  <w:endnote w:type="continuationSeparator" w:id="0">
    <w:p w14:paraId="49DB5E40" w14:textId="77777777" w:rsidR="00D00288" w:rsidRDefault="00D0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 w:name="Inte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296E" w14:textId="77777777" w:rsidR="008A0BF7" w:rsidRDefault="00D00288">
    <w:pPr>
      <w:pStyle w:val="Footer"/>
      <w:pBdr>
        <w:top w:val="single" w:sz="8" w:space="4" w:color="3E2B8F"/>
      </w:pBdr>
      <w:jc w:val="center"/>
    </w:pPr>
    <w:r>
      <w:rPr>
        <w:color w:val="5F6673"/>
        <w:sz w:val="15"/>
      </w:rPr>
      <w:t>MANUDEN PRIMARY SCHOOL  |  The Street, Manuden, Bishop’s Stortford, CM23 1DE  |  01279 813370</w:t>
    </w:r>
  </w:p>
  <w:p w14:paraId="3BC23CC0" w14:textId="77777777" w:rsidR="008A0BF7" w:rsidRDefault="00D00288">
    <w:pPr>
      <w:spacing w:before="20" w:after="0"/>
      <w:jc w:val="center"/>
    </w:pPr>
    <w:r>
      <w:rPr>
        <w:color w:val="5F6673"/>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5BA4F" w14:textId="77777777" w:rsidR="00D00288" w:rsidRDefault="00D00288">
      <w:pPr>
        <w:spacing w:after="0" w:line="240" w:lineRule="auto"/>
      </w:pPr>
      <w:r>
        <w:separator/>
      </w:r>
    </w:p>
  </w:footnote>
  <w:footnote w:type="continuationSeparator" w:id="0">
    <w:p w14:paraId="1F429D0A" w14:textId="77777777" w:rsidR="00D00288" w:rsidRDefault="00D00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04AAA8"/>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eastAsia="Aptos" w:hAnsi="Aptos" w:cs="Aptos"/>
      <w:color w:val="1F2937"/>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25324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52" w:lineRule="auto"/>
      <w:ind w:left="317" w:hanging="173"/>
      <w:contextualSpacing/>
    </w:pPr>
  </w:style>
  <w:style w:type="paragraph" w:styleId="ListBullet2">
    <w:name w:val="List Bullet 2"/>
    <w:basedOn w:val="Normal"/>
    <w:uiPriority w:val="99"/>
    <w:unhideWhenUsed/>
    <w:rsid w:val="00326F90"/>
    <w:pPr>
      <w:numPr>
        <w:numId w:val="2"/>
      </w:numPr>
      <w:spacing w:after="40" w:line="252" w:lineRule="auto"/>
      <w:ind w:left="605" w:hanging="173"/>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52" w:lineRule="auto"/>
      <w:ind w:left="317" w:hanging="173"/>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denProcess">
    <w:name w:val="Manuden Process"/>
    <w:pPr>
      <w:keepLines/>
      <w:spacing w:before="80" w:after="120"/>
    </w:pPr>
    <w:rPr>
      <w:rFonts w:ascii="Aptos" w:eastAsia="Aptos" w:hAnsi="Aptos" w:cs="Aptos"/>
      <w:b/>
      <w:color w:val="3E2B8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4417</Words>
  <Characters>25180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Online Safety Policy 2026-27</dc:title>
  <dc:subject>Online safety, safeguarding, filtering and monitoring</dc:subject>
  <dc:creator>Manuden Primary School</dc:creator>
  <cp:keywords/>
  <dc:description>Website-ready Manuden house style version, September 2026.</dc:description>
  <cp:lastModifiedBy>Andrew Price</cp:lastModifiedBy>
  <cp:revision>2</cp:revision>
  <dcterms:created xsi:type="dcterms:W3CDTF">2026-09-03T11:00:00Z</dcterms:created>
  <dcterms:modified xsi:type="dcterms:W3CDTF">2026-09-03T11:00:00Z</dcterms:modified>
  <cp:category/>
</cp:coreProperties>
</file>